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i w:val="0"/>
          <w:color w:val="0A2540"/>
          <w:sz w:val="22"/>
        </w:rPr>
        <w:t>[NAMA USAHAMU]  ·  [alamat]  ·  [No. HP / WhatsApp]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Nomor</w:t>
        <w:tab/>
        <w:t>: [001/RTR/IX/2026]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Tanggal</w:t>
        <w:tab/>
        <w:t>: [kota], [DD bulan YYYY]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Lampiran</w:t>
        <w:tab/>
        <w:t>: [mis. 3 foto barang]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Perihal</w:t>
        <w:tab/>
        <w:t>: Pengembalian barang (retur)</w:t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Kepada Yth.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[nama bagian penjualan / pemilik]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[nama usaha supplier]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[alamat supplier]</w:t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  <w:t>Dengan hormat, bersama surat ini kami mengembalikan sebagian barang dari pengiriman dengan nota / invoice nomor [NJ-....] tanggal [DD/MM/YYYY], dengan rincian berikut: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062"/>
        <w:gridCol w:w="907"/>
        <w:gridCol w:w="907"/>
        <w:gridCol w:w="1474"/>
        <w:gridCol w:w="1474"/>
        <w:gridCol w:w="136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(Rp)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Kondisi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 RETUR</w:t>
            </w:r>
          </w:p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  <w:t>Alasan pengembalian: [mis. kemasan rusak saat diterima / tidak sesuai pesanan]</w:t>
      </w:r>
    </w:p>
    <w:p>
      <w:pPr>
        <w:spacing w:after="40"/>
      </w:pPr>
      <w:r>
        <w:rPr>
          <w:rFonts w:ascii="Arial" w:hAnsi="Arial"/>
          <w:b w:val="0"/>
          <w:i w:val="0"/>
          <w:color w:val="0A2540"/>
          <w:sz w:val="20"/>
        </w:rPr>
        <w:t>Kami mohon penyelesaian berupa (centang salah satu):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 xml:space="preserve">      [  ]  penggantian barang yang sama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 xml:space="preserve">      [  ]  potongan tagihan sebesar Rp[ ....... ]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 xml:space="preserve">      [  ]  pengembalian uang sebesar Rp[ ....... ]</w:t>
      </w:r>
    </w:p>
    <w:p>
      <w:pPr>
        <w:spacing w:after="6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  <w:t>Barang dikirim kembali pada [DD/MM/YYYY] dengan surat jalan No. [ ....... ].</w:t>
      </w:r>
    </w:p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  <w:t>Mohon konfirmasi penerimaan barang dan penyelesaiannya. Atas perhatian dan kerja samanya, kami ucapkan terima kasih.</w:t>
      </w:r>
    </w:p>
    <w:p>
      <w:pPr>
        <w:spacing w:after="680"/>
      </w:pPr>
      <w:r>
        <w:rPr>
          <w:rFonts w:ascii="Arial" w:hAnsi="Arial"/>
          <w:b w:val="0"/>
          <w:i w:val="0"/>
          <w:color w:val="0A2540"/>
          <w:sz w:val="20"/>
        </w:rPr>
        <w:t>Hormat kami,</w:t>
      </w:r>
    </w:p>
    <w:p>
      <w:pPr>
        <w:spacing w:after="20"/>
      </w:pPr>
      <w:r>
        <w:rPr>
          <w:rFonts w:ascii="Arial" w:hAnsi="Arial"/>
          <w:b w:val="0"/>
          <w:i w:val="0"/>
          <w:color w:val="0A2540"/>
          <w:sz w:val="20"/>
        </w:rPr>
        <w:t>(______________________)</w:t>
      </w:r>
    </w:p>
    <w:p>
      <w:pPr>
        <w:spacing w:after="280"/>
      </w:pPr>
      <w:r>
        <w:rPr>
          <w:rFonts w:ascii="Arial" w:hAnsi="Arial"/>
          <w:b w:val="0"/>
          <w:i w:val="0"/>
          <w:color w:val="5B6675"/>
          <w:sz w:val="18"/>
        </w:rPr>
        <w:t>[nama jelas]  ·  [jabatan]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