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i w:val="0"/>
          <w:color w:val="0A2540"/>
          <w:sz w:val="36"/>
        </w:rPr>
        <w:t>QUOTATION</w:t>
      </w:r>
    </w:p>
    <w:p>
      <w:pPr>
        <w:spacing w:after="40"/>
        <w:jc w:val="center"/>
      </w:pPr>
      <w:r>
        <w:rPr>
          <w:rFonts w:ascii="Arial" w:hAnsi="Arial"/>
          <w:b w:val="0"/>
          <w:i w:val="0"/>
          <w:color w:val="5B6675"/>
          <w:sz w:val="18"/>
        </w:rPr>
        <w:t>Penawaran harga</w:t>
      </w:r>
    </w:p>
    <w:p>
      <w:pPr>
        <w:spacing w:after="200"/>
        <w:jc w:val="center"/>
      </w:pPr>
      <w:r>
        <w:rPr>
          <w:rFonts w:ascii="Arial" w:hAnsi="Arial"/>
          <w:b w:val="0"/>
          <w:i w:val="0"/>
          <w:color w:val="5B6675"/>
          <w:sz w:val="18"/>
        </w:rPr>
        <w:t>[NAMA USAHA KAMU]  ·  [Alamat]  ·  [Telp/WA · Email]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2835"/>
        <w:gridCol w:w="6804"/>
      </w:tblGrid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No. quotation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[QUO/2026/07/001]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[DD/MM/YYYY]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Berlaku sampai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[DD/MM/YYYY]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Kepada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usaha, nama orang, alamat]</w:t>
            </w:r>
          </w:p>
        </w:tc>
      </w:tr>
    </w:tbl>
    <w:p>
      <w:pPr>
        <w:spacing w:after="160"/>
      </w:pPr>
      <w:r>
        <w:rPr>
          <w:rFonts w:ascii="Arial" w:hAnsi="Arial"/>
          <w:b w:val="0"/>
          <w:i w:val="0"/>
          <w:color w:val="B45309"/>
          <w:sz w:val="16"/>
        </w:rPr>
        <w:t>Pola nomor: QUO/2026/07/001, urut terus, tidak pernah dipakai ulang. Kalau isinya berubah, buat revisi bernomor (mis. QUO/2026/07/001-R1).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567"/>
        <w:gridCol w:w="3175"/>
        <w:gridCol w:w="907"/>
        <w:gridCol w:w="907"/>
        <w:gridCol w:w="1418"/>
        <w:gridCol w:w="1134"/>
        <w:gridCol w:w="1531"/>
      </w:tblGrid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No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Nama barang / jasa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Jumlah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Satuan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Harga satuan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Diskon</w:t>
            </w:r>
          </w:p>
        </w:tc>
        <w:tc>
          <w:tcPr>
            <w:tcW w:type="dxa" w:w="153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Jumlah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1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2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3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4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5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6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7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8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9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10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Subtotal</w:t>
            </w:r>
          </w:p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Diskon</w:t>
            </w:r>
          </w:p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Biaya kirim</w:t>
            </w:r>
          </w:p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Total</w:t>
            </w:r>
          </w:p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2835"/>
        <w:gridCol w:w="6804"/>
      </w:tblGrid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Sudah termasuk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Belum termasuk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Syarat pembayaran (DP / termin / tempo)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Waktu kirim atau pengerjaan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Catatan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</w:r>
          </w:p>
        </w:tc>
      </w:tr>
    </w:tbl>
    <w:p>
      <w:pPr>
        <w:spacing w:after="120"/>
      </w:pPr>
      <w:r>
        <w:rPr>
          <w:rFonts w:ascii="Arial" w:hAnsi="Arial"/>
          <w:b w:val="0"/>
          <w:i w:val="0"/>
          <w:color w:val="0A2540"/>
          <w:sz w:val="20"/>
        </w:rPr>
      </w:r>
    </w:p>
    <w:p>
      <w:pPr>
        <w:spacing w:after="440"/>
      </w:pPr>
      <w:r>
        <w:rPr>
          <w:rFonts w:ascii="Arial" w:hAnsi="Arial"/>
          <w:b/>
          <w:i w:val="0"/>
          <w:color w:val="0A2540"/>
          <w:sz w:val="18"/>
        </w:rPr>
        <w:t>Disetujui oleh (nama, tanda tangan, tanggal)</w:t>
      </w:r>
    </w:p>
    <w:p>
      <w:pPr>
        <w:spacing w:after="160"/>
      </w:pPr>
      <w:r>
        <w:rPr>
          <w:rFonts w:ascii="Arial" w:hAnsi="Arial"/>
          <w:b w:val="0"/>
          <w:i w:val="0"/>
          <w:color w:val="0A2540"/>
          <w:sz w:val="18"/>
        </w:rPr>
        <w:t>(______________________)</w:t>
      </w:r>
    </w:p>
    <w:p>
      <w:pPr>
        <w:spacing w:after="120"/>
      </w:pPr>
      <w:r>
        <w:rPr>
          <w:rFonts w:ascii="Arial" w:hAnsi="Arial"/>
          <w:b/>
          <w:i w:val="0"/>
          <w:color w:val="0A2540"/>
          <w:sz w:val="16"/>
        </w:rPr>
        <w:t>Quotation adalah penawaran harga, bukan tagihan.</w:t>
      </w:r>
    </w:p>
    <w:p>
      <w:pPr>
        <w:spacing w:after="0"/>
        <w:jc w:val="center"/>
      </w:pPr>
      <w:r>
        <w:rPr>
          <w:rFonts w:ascii="Arial" w:hAnsi="Arial"/>
          <w:b w:val="0"/>
          <w:i w:val="0"/>
          <w:color w:val="5B6675"/>
          <w:sz w:val="16"/>
        </w:rPr>
        <w:t>Template gratis dari Niagawan — niagawan.com</w:t>
      </w:r>
    </w:p>
    <w:sectPr w:rsidR="00FC693F" w:rsidRPr="0006063C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