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i w:val="0"/>
          <w:color w:val="0A2540"/>
          <w:sz w:val="36"/>
        </w:rPr>
        <w:t>QUOTATION</w:t>
      </w:r>
    </w:p>
    <w:p>
      <w:pPr>
        <w:spacing w:after="200"/>
        <w:jc w:val="center"/>
      </w:pPr>
      <w:r>
        <w:rPr>
          <w:rFonts w:ascii="Arial" w:hAnsi="Arial"/>
          <w:b w:val="0"/>
          <w:i w:val="0"/>
          <w:color w:val="5B6675"/>
          <w:sz w:val="18"/>
        </w:rPr>
        <w:t>[YOUR BUSINESS NAME]  ·  [Address]  ·  [Phone/WhatsApp · Email]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Quotation No.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[QUO/2026/07/001]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Date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Valid until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[DD/MM/YYYY]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To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  <w:t>[business name, contact person, address]</w:t>
            </w:r>
          </w:p>
        </w:tc>
      </w:tr>
    </w:tbl>
    <w:p>
      <w:pPr>
        <w:spacing w:after="160"/>
      </w:pPr>
      <w:r>
        <w:rPr>
          <w:rFonts w:ascii="Arial" w:hAnsi="Arial"/>
          <w:b w:val="0"/>
          <w:i w:val="0"/>
          <w:color w:val="B45309"/>
          <w:sz w:val="16"/>
        </w:rPr>
        <w:t>Number pattern: QUO/2026/07/001, in sequence, never reused. If the content changes, issue a numbered revision (e.g. QUO/2026/07/001-R1).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567"/>
        <w:gridCol w:w="3175"/>
        <w:gridCol w:w="907"/>
        <w:gridCol w:w="907"/>
        <w:gridCol w:w="1418"/>
        <w:gridCol w:w="1134"/>
        <w:gridCol w:w="1531"/>
      </w:tblGrid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No.</w:t>
            </w:r>
          </w:p>
        </w:tc>
        <w:tc>
          <w:tcPr>
            <w:tcW w:type="dxa" w:w="317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Description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Qty</w:t>
            </w:r>
          </w:p>
        </w:tc>
        <w:tc>
          <w:tcPr>
            <w:tcW w:type="dxa" w:w="90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Unit</w:t>
            </w:r>
          </w:p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Unit price</w:t>
            </w:r>
          </w:p>
        </w:tc>
        <w:tc>
          <w:tcPr>
            <w:tcW w:type="dxa" w:w="1134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Discount</w:t>
            </w:r>
          </w:p>
        </w:tc>
        <w:tc>
          <w:tcPr>
            <w:tcW w:type="dxa" w:w="1531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Amount</w:t>
            </w:r>
          </w:p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2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3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4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5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6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7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8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9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0A2540"/>
                <w:sz w:val="16"/>
              </w:rPr>
              <w:t>10</w:t>
            </w:r>
          </w:p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/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Subtotal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Discount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Delivery fee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567"/>
          </w:tcPr>
          <w:p/>
        </w:tc>
        <w:tc>
          <w:tcPr>
            <w:tcW w:type="dxa" w:w="3175"/>
          </w:tcPr>
          <w:p/>
        </w:tc>
        <w:tc>
          <w:tcPr>
            <w:tcW w:type="dxa" w:w="907"/>
          </w:tcPr>
          <w:p/>
        </w:tc>
        <w:tc>
          <w:tcPr>
            <w:tcW w:type="dxa" w:w="907"/>
          </w:tcPr>
          <w:p/>
        </w:tc>
        <w:tc>
          <w:tcPr>
            <w:tcW w:type="dxa" w:w="1417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6"/>
              </w:rPr>
              <w:t>Total</w:t>
            </w:r>
          </w:p>
        </w:tc>
        <w:tc>
          <w:tcPr>
            <w:tcW w:type="dxa" w:w="1134"/>
          </w:tcPr>
          <w:p/>
        </w:tc>
        <w:tc>
          <w:tcPr>
            <w:tcW w:type="dxa" w:w="1531"/>
          </w:tcPr>
          <w:p/>
        </w:tc>
      </w:tr>
    </w:tbl>
    <w:p>
      <w:pPr>
        <w:spacing w:after="80"/>
      </w:pPr>
      <w:r>
        <w:rPr>
          <w:rFonts w:ascii="Arial" w:hAnsi="Arial"/>
          <w:b w:val="0"/>
          <w:i w:val="0"/>
          <w:color w:val="0A2540"/>
          <w:sz w:val="20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</w:tblPr>
      <w:tblGrid>
        <w:gridCol w:w="2835"/>
        <w:gridCol w:w="6804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Included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Not included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Payment terms (down payment / balance)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Lead time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color w:val="0A2540"/>
                <w:sz w:val="18"/>
              </w:rPr>
              <w:t>Notes</w:t>
            </w:r>
          </w:p>
        </w:tc>
        <w:tc>
          <w:tcPr>
            <w:tcW w:type="dxa" w:w="6803"/>
          </w:tcPr>
          <w:p>
            <w:pPr>
              <w:spacing w:after="20"/>
            </w:pPr>
            <w:r/>
            <w:r>
              <w:rPr>
                <w:rFonts w:ascii="Arial" w:hAnsi="Arial"/>
                <w:b w:val="0"/>
                <w:color w:val="5B6675"/>
                <w:sz w:val="18"/>
              </w:rPr>
            </w:r>
          </w:p>
        </w:tc>
      </w:tr>
    </w:tbl>
    <w:p>
      <w:pPr>
        <w:spacing w:after="120"/>
      </w:pPr>
      <w:r>
        <w:rPr>
          <w:rFonts w:ascii="Arial" w:hAnsi="Arial"/>
          <w:b w:val="0"/>
          <w:i w:val="0"/>
          <w:color w:val="0A2540"/>
          <w:sz w:val="20"/>
        </w:rPr>
      </w:r>
    </w:p>
    <w:p>
      <w:pPr>
        <w:spacing w:after="440"/>
      </w:pPr>
      <w:r>
        <w:rPr>
          <w:rFonts w:ascii="Arial" w:hAnsi="Arial"/>
          <w:b/>
          <w:i w:val="0"/>
          <w:color w:val="0A2540"/>
          <w:sz w:val="18"/>
        </w:rPr>
        <w:t>Accepted by (name, signature, date)</w:t>
      </w:r>
    </w:p>
    <w:p>
      <w:pPr>
        <w:spacing w:after="160"/>
      </w:pPr>
      <w:r>
        <w:rPr>
          <w:rFonts w:ascii="Arial" w:hAnsi="Arial"/>
          <w:b w:val="0"/>
          <w:i w:val="0"/>
          <w:color w:val="0A2540"/>
          <w:sz w:val="18"/>
        </w:rPr>
        <w:t>(______________________)</w:t>
      </w:r>
    </w:p>
    <w:p>
      <w:pPr>
        <w:spacing w:after="120"/>
      </w:pPr>
      <w:r>
        <w:rPr>
          <w:rFonts w:ascii="Arial" w:hAnsi="Arial"/>
          <w:b/>
          <w:i w:val="0"/>
          <w:color w:val="0A2540"/>
          <w:sz w:val="16"/>
        </w:rPr>
        <w:t>A quotation is a price offer, not an invoice.</w:t>
      </w:r>
    </w:p>
    <w:p>
      <w:pPr>
        <w:spacing w:after="0"/>
        <w:jc w:val="center"/>
      </w:pPr>
      <w:r>
        <w:rPr>
          <w:rFonts w:ascii="Arial" w:hAnsi="Arial"/>
          <w:b w:val="0"/>
          <w:i w:val="0"/>
          <w:color w:val="5B6675"/>
          <w:sz w:val="16"/>
        </w:rPr>
        <w:t>Template gratis dari Niagawan — niagawan.com</w:t>
      </w:r>
    </w:p>
    <w:sectPr w:rsidR="00FC693F" w:rsidRPr="0006063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