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0A6FB0"/>
          <w:sz w:val="40"/>
        </w:rPr>
        <w:t>Paket Dokumen Transaksi</w:t>
      </w:r>
    </w:p>
    <w:p>
      <w:pPr>
        <w:spacing w:after="280"/>
      </w:pPr>
      <w:r>
        <w:rPr>
          <w:b w:val="0"/>
          <w:color w:val="5B6675"/>
          <w:sz w:val="20"/>
        </w:rPr>
        <w:t>Empat formulir kosong: invoice, nota, kwitansi, dan faktur penjualan. Ganti nama usaha dan isi kolomnya sesuai transaksimu.</w:t>
      </w:r>
    </w:p>
    <w:p>
      <w:pPr>
        <w:spacing w:after="40"/>
      </w:pPr>
      <w:r>
        <w:rPr>
          <w:b/>
          <w:color w:val="0A2540"/>
          <w:sz w:val="30"/>
        </w:rPr>
        <w:t>INVOICE</w:t>
      </w:r>
    </w:p>
    <w:p>
      <w:pPr>
        <w:spacing w:after="160"/>
      </w:pPr>
      <w:r>
        <w:rPr>
          <w:b w:val="0"/>
          <w:color w:val="5B6675"/>
          <w:sz w:val="20"/>
        </w:rPr>
        <w:t>Dikirim SEBELUM dibayar — ini surat tagihan.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2"/>
        <w:gridCol w:w="5443"/>
      </w:tblGrid>
      <w:tr>
        <w:tc>
          <w:tcPr>
            <w:tcW w:type="dxa" w:w="5100"/>
          </w:tcPr>
          <w:p>
            <w:r>
              <w:rPr>
                <w:b/>
                <w:sz w:val="20"/>
              </w:rPr>
              <w:t>Nomor invoice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Tanggal terbit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Tanggal jatuh tempo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Ditagihkan kepada (nama &amp; alamat)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Rincian barang / jasa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Diskon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Ongkos kirim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TOTAL yang harus dibayar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Cara pembayaran / nomor rekening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0A2540"/>
          <w:sz w:val="30"/>
        </w:rPr>
        <w:t>NOTA PENJUALAN</w:t>
      </w:r>
    </w:p>
    <w:p>
      <w:pPr>
        <w:spacing w:after="160"/>
      </w:pPr>
      <w:r>
        <w:rPr>
          <w:b w:val="0"/>
          <w:color w:val="5B6675"/>
          <w:sz w:val="20"/>
        </w:rPr>
        <w:t>Dipakai kalau barang diambil dan dibayar di tempat.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2"/>
        <w:gridCol w:w="5443"/>
      </w:tblGrid>
      <w:tr>
        <w:tc>
          <w:tcPr>
            <w:tcW w:type="dxa" w:w="5100"/>
          </w:tcPr>
          <w:p>
            <w:r>
              <w:rPr>
                <w:b/>
                <w:sz w:val="20"/>
              </w:rPr>
              <w:t>Nomor nota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Tanggal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Nama pembeli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Rincian barang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TOTAL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Tanda tangan penjual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Tanda terima barang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0A2540"/>
          <w:sz w:val="30"/>
        </w:rPr>
        <w:t>KWITANSI</w:t>
      </w:r>
    </w:p>
    <w:p>
      <w:pPr>
        <w:spacing w:after="160"/>
      </w:pPr>
      <w:r>
        <w:rPr>
          <w:b w:val="0"/>
          <w:color w:val="5B6675"/>
          <w:sz w:val="20"/>
        </w:rPr>
        <w:t>Diberikan SESUDAH dibayar — ini bukti uang diterima.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2"/>
        <w:gridCol w:w="5443"/>
      </w:tblGrid>
      <w:tr>
        <w:tc>
          <w:tcPr>
            <w:tcW w:type="dxa" w:w="5100"/>
          </w:tcPr>
          <w:p>
            <w:r>
              <w:rPr>
                <w:b/>
                <w:sz w:val="20"/>
              </w:rPr>
              <w:t>Nomor kwitansi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Sudah terima dari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Uang sejumlah (huruf)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Untuk pembayaran (tulis nomor invoice-nya)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Jumlah (angka)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Tempat &amp; tanggal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Tanda tangan penerima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spacing w:after="40"/>
      </w:pPr>
      <w:r>
        <w:rPr>
          <w:b/>
          <w:color w:val="0A2540"/>
          <w:sz w:val="30"/>
        </w:rPr>
        <w:t>FAKTUR PENJUALAN</w:t>
      </w:r>
    </w:p>
    <w:p>
      <w:pPr>
        <w:spacing w:after="160"/>
      </w:pPr>
      <w:r>
        <w:rPr>
          <w:b w:val="0"/>
          <w:color w:val="5B6675"/>
          <w:sz w:val="20"/>
        </w:rPr>
        <w:t>Sama dengan invoice — versi bernomor urut dan berkop.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082"/>
        <w:gridCol w:w="5443"/>
      </w:tblGrid>
      <w:tr>
        <w:tc>
          <w:tcPr>
            <w:tcW w:type="dxa" w:w="5100"/>
          </w:tcPr>
          <w:p>
            <w:r>
              <w:rPr>
                <w:b/>
                <w:sz w:val="20"/>
              </w:rPr>
              <w:t>Nomor faktur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Tanggal terbit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Tanggal jatuh tempo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Kepada (nama &amp; alamat)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Rincian barang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Diskon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Ongkos kirim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TOTAL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  <w:sz w:val="20"/>
              </w:rPr>
              <w:t>Diterima oleh (tanda tangan)</w:t>
            </w:r>
          </w:p>
        </w:tc>
        <w:tc>
          <w:tcPr>
            <w:tcW w:type="dxa" w:w="5100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spacing w:after="160"/>
      </w:pPr>
      <w:r>
        <w:rPr>
          <w:b/>
          <w:color w:val="0A2540"/>
          <w:sz w:val="30"/>
        </w:rPr>
        <w:t>Contekan: dokumen mana yang kamu kirim?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r>
              <w:rPr>
                <w:b/>
                <w:sz w:val="20"/>
              </w:rPr>
              <w:t>Dokumen</w:t>
            </w:r>
          </w:p>
        </w:tc>
        <w:tc>
          <w:tcPr>
            <w:tcW w:type="dxa" w:w="2550"/>
          </w:tcPr>
          <w:p>
            <w:r>
              <w:rPr>
                <w:b/>
                <w:sz w:val="20"/>
              </w:rPr>
              <w:t>Dikirim kapan</w:t>
            </w:r>
          </w:p>
        </w:tc>
        <w:tc>
          <w:tcPr>
            <w:tcW w:type="dxa" w:w="2550"/>
          </w:tcPr>
          <w:p>
            <w:r>
              <w:rPr>
                <w:b/>
                <w:sz w:val="20"/>
              </w:rPr>
              <w:t>Artinya</w:t>
            </w:r>
          </w:p>
        </w:tc>
        <w:tc>
          <w:tcPr>
            <w:tcW w:type="dxa" w:w="2550"/>
          </w:tcPr>
          <w:p>
            <w:r>
              <w:rPr>
                <w:b/>
                <w:sz w:val="20"/>
              </w:rPr>
              <w:t>Yang bikin</w:t>
            </w:r>
          </w:p>
        </w:tc>
      </w:tr>
      <w:tr>
        <w:tc>
          <w:tcPr>
            <w:tcW w:type="dxa" w:w="2550"/>
          </w:tcPr>
          <w:p>
            <w:r>
              <w:rPr>
                <w:sz w:val="20"/>
              </w:rPr>
              <w:t>Invoice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Sebelum dibayar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Minta dibayar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Penjual</w:t>
            </w:r>
          </w:p>
        </w:tc>
      </w:tr>
      <w:tr>
        <w:tc>
          <w:tcPr>
            <w:tcW w:type="dxa" w:w="2550"/>
          </w:tcPr>
          <w:p>
            <w:r>
              <w:rPr>
                <w:sz w:val="20"/>
              </w:rPr>
              <w:t>Kwitansi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Sesudah dibayar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Bukti uang diterima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Penjual</w:t>
            </w:r>
          </w:p>
        </w:tc>
      </w:tr>
      <w:tr>
        <w:tc>
          <w:tcPr>
            <w:tcW w:type="dxa" w:w="2550"/>
          </w:tcPr>
          <w:p>
            <w:r>
              <w:rPr>
                <w:sz w:val="20"/>
              </w:rPr>
              <w:t>Nota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Saat itu juga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Bukti transaksi di tempat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Penjual</w:t>
            </w:r>
          </w:p>
        </w:tc>
      </w:tr>
      <w:tr>
        <w:tc>
          <w:tcPr>
            <w:tcW w:type="dxa" w:w="2550"/>
          </w:tcPr>
          <w:p>
            <w:r>
              <w:rPr>
                <w:sz w:val="20"/>
              </w:rPr>
              <w:t>Faktur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Sebelum dibayar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Sama dengan invoice, lebih formal</w:t>
            </w:r>
          </w:p>
        </w:tc>
        <w:tc>
          <w:tcPr>
            <w:tcW w:type="dxa" w:w="2550"/>
          </w:tcPr>
          <w:p>
            <w:r>
              <w:rPr>
                <w:sz w:val="20"/>
              </w:rPr>
              <w:t>Penjual</w:t>
            </w:r>
          </w:p>
        </w:tc>
      </w:tr>
    </w:tbl>
    <w:p>
      <w:pPr>
        <w:spacing w:after="200"/>
      </w:pPr>
      <w:r>
        <w:rPr>
          <w:b w:val="0"/>
          <w:sz w:val="22"/>
        </w:rPr>
      </w:r>
    </w:p>
    <w:p>
      <w:pPr>
        <w:spacing w:after="200"/>
      </w:pPr>
      <w:r>
        <w:rPr>
          <w:b/>
          <w:color w:val="0A6FB0"/>
          <w:sz w:val="20"/>
        </w:rPr>
        <w:t>Aturan singkat: uangnya belum masuk → invoice. Sudah masuk → kwitansi. Masuk barengan di tempat → nota.</w:t>
      </w:r>
    </w:p>
    <w:p>
      <w:pPr>
        <w:spacing w:after="120"/>
        <w:jc w:val="center"/>
      </w:pPr>
      <w:r>
        <w:rPr>
          <w:b w:val="0"/>
          <w:color w:val="5B6675"/>
          <w:sz w:val="18"/>
        </w:rPr>
        <w:t>Template gratis dari Niagawan — niagawan.com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