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</w:pPr>
      <w:r>
        <w:rPr>
          <w:b/>
          <w:color w:val="16202E"/>
          <w:sz w:val="36"/>
        </w:rPr>
        <w:t>NOTA SERVICE HP / ELEKTRONIK</w:t>
      </w:r>
    </w:p>
    <w:p>
      <w:pPr>
        <w:spacing w:after="120"/>
      </w:pPr>
      <w:r>
        <w:rPr>
          <w:b w:val="0"/>
          <w:color w:val="5B6675"/>
          <w:sz w:val="17"/>
        </w:rPr>
        <w:t>HP, laptop, printer, elektronik  ·  unit masuk dulu, bayar waktu diambil</w:t>
      </w:r>
    </w:p>
    <w:p>
      <w:pPr>
        <w:spacing w:after="160"/>
      </w:pPr>
      <w:r>
        <w:rPr>
          <w:b w:val="0"/>
          <w:color w:val="16202E"/>
          <w:sz w:val="19"/>
        </w:rPr>
        <w:t>[Nama usaha]   ·   [Alamat]   ·   [No. HP / WA]            No. nota: 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5213"/>
          </w:tcPr>
          <w:p>
            <w:r/>
            <w:r>
              <w:rPr>
                <w:b/>
                <w:sz w:val="18"/>
              </w:rPr>
              <w:t xml:space="preserve">Nama pelanggan:  </w:t>
            </w:r>
            <w:r>
              <w:rPr>
                <w:sz w:val="18"/>
              </w:rPr>
            </w:r>
          </w:p>
        </w:tc>
        <w:tc>
          <w:tcPr>
            <w:tcW w:type="dxa" w:w="5213"/>
          </w:tcPr>
          <w:p>
            <w:r/>
            <w:r>
              <w:rPr>
                <w:b/>
                <w:sz w:val="18"/>
              </w:rPr>
              <w:t xml:space="preserve">No. HP / WA:  </w:t>
            </w:r>
            <w:r>
              <w:rPr>
                <w:sz w:val="18"/>
              </w:rPr>
            </w:r>
          </w:p>
        </w:tc>
      </w:tr>
      <w:tr>
        <w:tc>
          <w:tcPr>
            <w:tcW w:type="dxa" w:w="5213"/>
          </w:tcPr>
          <w:p>
            <w:r/>
            <w:r>
              <w:rPr>
                <w:b/>
                <w:sz w:val="18"/>
              </w:rPr>
              <w:t xml:space="preserve">Merk / tipe unit:  </w:t>
            </w:r>
            <w:r>
              <w:rPr>
                <w:sz w:val="18"/>
              </w:rPr>
            </w:r>
          </w:p>
        </w:tc>
        <w:tc>
          <w:tcPr>
            <w:tcW w:type="dxa" w:w="5213"/>
          </w:tcPr>
          <w:p>
            <w:r/>
            <w:r>
              <w:rPr>
                <w:b/>
                <w:sz w:val="18"/>
              </w:rPr>
              <w:t xml:space="preserve">IMEI / nomor seri:  </w:t>
            </w:r>
            <w:r>
              <w:rPr>
                <w:sz w:val="18"/>
              </w:rPr>
            </w:r>
          </w:p>
        </w:tc>
      </w:tr>
      <w:tr>
        <w:tc>
          <w:tcPr>
            <w:tcW w:type="dxa" w:w="5213"/>
          </w:tcPr>
          <w:p>
            <w:r/>
            <w:r>
              <w:rPr>
                <w:b/>
                <w:sz w:val="18"/>
              </w:rPr>
              <w:t xml:space="preserve">Kelengkapan:  </w:t>
            </w:r>
            <w:r>
              <w:rPr>
                <w:sz w:val="18"/>
              </w:rPr>
              <w:t>☐ Charger   ☐ Kartu SIM   ☐ Memori   ☐ Casing   ☐ Tas</w:t>
            </w:r>
          </w:p>
        </w:tc>
        <w:tc>
          <w:tcPr>
            <w:tcW w:type="dxa" w:w="5213"/>
          </w:tcPr>
          <w:p>
            <w:r/>
            <w:r>
              <w:rPr>
                <w:b/>
                <w:sz w:val="18"/>
              </w:rPr>
              <w:t xml:space="preserve">Kondisi awal:  </w:t>
            </w:r>
            <w:r>
              <w:rPr>
                <w:sz w:val="18"/>
              </w:rPr>
            </w:r>
          </w:p>
        </w:tc>
      </w:tr>
      <w:tr>
        <w:tc>
          <w:tcPr>
            <w:tcW w:type="dxa" w:w="5213"/>
          </w:tcPr>
          <w:p>
            <w:r/>
            <w:r>
              <w:rPr>
                <w:b/>
                <w:sz w:val="18"/>
              </w:rPr>
              <w:t xml:space="preserve">Keluhan:  </w:t>
            </w:r>
            <w:r>
              <w:rPr>
                <w:sz w:val="18"/>
              </w:rPr>
            </w:r>
          </w:p>
        </w:tc>
        <w:tc>
          <w:tcPr>
            <w:tcW w:type="dxa" w:w="5213"/>
          </w:tcPr>
          <w:p>
            <w:r/>
            <w:r>
              <w:rPr>
                <w:b/>
                <w:sz w:val="18"/>
              </w:rPr>
              <w:t xml:space="preserve">Estimasi biaya:  </w:t>
            </w:r>
            <w:r>
              <w:rPr>
                <w:sz w:val="18"/>
              </w:rPr>
            </w:r>
          </w:p>
        </w:tc>
      </w:tr>
      <w:tr>
        <w:tc>
          <w:tcPr>
            <w:tcW w:type="dxa" w:w="5213"/>
          </w:tcPr>
          <w:p>
            <w:r/>
            <w:r>
              <w:rPr>
                <w:b/>
                <w:sz w:val="18"/>
              </w:rPr>
              <w:t xml:space="preserve">Tanggal masuk:  </w:t>
            </w:r>
            <w:r>
              <w:rPr>
                <w:sz w:val="18"/>
              </w:rPr>
            </w:r>
          </w:p>
        </w:tc>
        <w:tc>
          <w:tcPr>
            <w:tcW w:type="dxa" w:w="5213"/>
          </w:tcPr>
          <w:p>
            <w:r/>
            <w:r>
              <w:rPr>
                <w:b/>
                <w:sz w:val="18"/>
              </w:rPr>
              <w:t xml:space="preserve">Perkiraan selesai:  </w:t>
            </w:r>
            <w:r>
              <w:rPr>
                <w:sz w:val="18"/>
              </w:rPr>
            </w:r>
          </w:p>
        </w:tc>
      </w:tr>
      <w:tr>
        <w:tc>
          <w:tcPr>
            <w:tcW w:type="dxa" w:w="5213"/>
          </w:tcPr>
          <w:p>
            <w:r/>
            <w:r>
              <w:rPr>
                <w:b/>
                <w:sz w:val="18"/>
              </w:rPr>
              <w:t xml:space="preserve">Tanggal ambil:  </w:t>
            </w:r>
            <w:r>
              <w:rPr>
                <w:sz w:val="18"/>
              </w:rPr>
            </w:r>
          </w:p>
        </w:tc>
        <w:tc>
          <w:tcPr>
            <w:tcW w:type="dxa" w:w="5213"/>
          </w:tcPr>
          <w:p/>
        </w:tc>
      </w:tr>
    </w:tbl>
    <w:p>
      <w:pPr>
        <w:spacing w:after="80"/>
      </w:pPr>
      <w:r>
        <w:rPr>
          <w:b w:val="0"/>
          <w:color w:val="16202E"/>
          <w:sz w:val="19"/>
        </w:rPr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</w:tcPr>
          <w:p>
            <w:r>
              <w:rPr>
                <w:b/>
                <w:sz w:val="17"/>
              </w:rPr>
              <w:t>Uraian pekerjaan / sparepart</w:t>
            </w:r>
          </w:p>
        </w:tc>
        <w:tc>
          <w:tcPr>
            <w:tcW w:type="dxa" w:w="2085"/>
          </w:tcPr>
          <w:p>
            <w:r>
              <w:rPr>
                <w:b/>
                <w:sz w:val="17"/>
              </w:rPr>
              <w:t>Jasa / Sparepart</w:t>
            </w:r>
          </w:p>
        </w:tc>
        <w:tc>
          <w:tcPr>
            <w:tcW w:type="dxa" w:w="2085"/>
          </w:tcPr>
          <w:p>
            <w:r>
              <w:rPr>
                <w:b/>
                <w:sz w:val="17"/>
              </w:rPr>
              <w:t>Qty</w:t>
            </w:r>
          </w:p>
        </w:tc>
        <w:tc>
          <w:tcPr>
            <w:tcW w:type="dxa" w:w="2085"/>
          </w:tcPr>
          <w:p>
            <w:r>
              <w:rPr>
                <w:b/>
                <w:sz w:val="17"/>
              </w:rPr>
              <w:t>Harga</w:t>
            </w:r>
          </w:p>
        </w:tc>
        <w:tc>
          <w:tcPr>
            <w:tcW w:type="dxa" w:w="2085"/>
          </w:tcPr>
          <w:p>
            <w:r>
              <w:rPr>
                <w:b/>
                <w:sz w:val="17"/>
              </w:rPr>
              <w:t>Jumlah</w:t>
            </w:r>
          </w:p>
        </w:tc>
      </w:tr>
      <w:tr>
        <w:tc>
          <w:tcPr>
            <w:tcW w:type="dxa" w:w="2085"/>
          </w:tcPr>
          <w:p/>
        </w:tc>
        <w:tc>
          <w:tcPr>
            <w:tcW w:type="dxa" w:w="2085"/>
          </w:tcPr>
          <w:p/>
        </w:tc>
        <w:tc>
          <w:tcPr>
            <w:tcW w:type="dxa" w:w="2085"/>
          </w:tcPr>
          <w:p/>
        </w:tc>
        <w:tc>
          <w:tcPr>
            <w:tcW w:type="dxa" w:w="2085"/>
          </w:tcPr>
          <w:p/>
        </w:tc>
        <w:tc>
          <w:tcPr>
            <w:tcW w:type="dxa" w:w="2085"/>
          </w:tcPr>
          <w:p/>
        </w:tc>
      </w:tr>
      <w:tr>
        <w:tc>
          <w:tcPr>
            <w:tcW w:type="dxa" w:w="2085"/>
          </w:tcPr>
          <w:p/>
        </w:tc>
        <w:tc>
          <w:tcPr>
            <w:tcW w:type="dxa" w:w="2085"/>
          </w:tcPr>
          <w:p/>
        </w:tc>
        <w:tc>
          <w:tcPr>
            <w:tcW w:type="dxa" w:w="2085"/>
          </w:tcPr>
          <w:p/>
        </w:tc>
        <w:tc>
          <w:tcPr>
            <w:tcW w:type="dxa" w:w="2085"/>
          </w:tcPr>
          <w:p/>
        </w:tc>
        <w:tc>
          <w:tcPr>
            <w:tcW w:type="dxa" w:w="2085"/>
          </w:tcPr>
          <w:p/>
        </w:tc>
      </w:tr>
      <w:tr>
        <w:tc>
          <w:tcPr>
            <w:tcW w:type="dxa" w:w="2085"/>
          </w:tcPr>
          <w:p/>
        </w:tc>
        <w:tc>
          <w:tcPr>
            <w:tcW w:type="dxa" w:w="2085"/>
          </w:tcPr>
          <w:p/>
        </w:tc>
        <w:tc>
          <w:tcPr>
            <w:tcW w:type="dxa" w:w="2085"/>
          </w:tcPr>
          <w:p/>
        </w:tc>
        <w:tc>
          <w:tcPr>
            <w:tcW w:type="dxa" w:w="2085"/>
          </w:tcPr>
          <w:p/>
        </w:tc>
        <w:tc>
          <w:tcPr>
            <w:tcW w:type="dxa" w:w="2085"/>
          </w:tcPr>
          <w:p/>
        </w:tc>
      </w:tr>
      <w:tr>
        <w:tc>
          <w:tcPr>
            <w:tcW w:type="dxa" w:w="2085"/>
          </w:tcPr>
          <w:p/>
        </w:tc>
        <w:tc>
          <w:tcPr>
            <w:tcW w:type="dxa" w:w="2085"/>
          </w:tcPr>
          <w:p/>
        </w:tc>
        <w:tc>
          <w:tcPr>
            <w:tcW w:type="dxa" w:w="2085"/>
          </w:tcPr>
          <w:p/>
        </w:tc>
        <w:tc>
          <w:tcPr>
            <w:tcW w:type="dxa" w:w="2085"/>
          </w:tcPr>
          <w:p/>
        </w:tc>
        <w:tc>
          <w:tcPr>
            <w:tcW w:type="dxa" w:w="2085"/>
          </w:tcPr>
          <w:p/>
        </w:tc>
      </w:tr>
      <w:tr>
        <w:tc>
          <w:tcPr>
            <w:tcW w:type="dxa" w:w="2085"/>
          </w:tcPr>
          <w:p/>
        </w:tc>
        <w:tc>
          <w:tcPr>
            <w:tcW w:type="dxa" w:w="2085"/>
          </w:tcPr>
          <w:p/>
        </w:tc>
        <w:tc>
          <w:tcPr>
            <w:tcW w:type="dxa" w:w="2085"/>
          </w:tcPr>
          <w:p/>
        </w:tc>
        <w:tc>
          <w:tcPr>
            <w:tcW w:type="dxa" w:w="2085"/>
          </w:tcPr>
          <w:p/>
        </w:tc>
        <w:tc>
          <w:tcPr>
            <w:tcW w:type="dxa" w:w="2085"/>
          </w:tcPr>
          <w:p/>
        </w:tc>
      </w:tr>
      <w:tr>
        <w:tc>
          <w:tcPr>
            <w:tcW w:type="dxa" w:w="2085"/>
          </w:tcPr>
          <w:p/>
        </w:tc>
        <w:tc>
          <w:tcPr>
            <w:tcW w:type="dxa" w:w="2085"/>
          </w:tcPr>
          <w:p/>
        </w:tc>
        <w:tc>
          <w:tcPr>
            <w:tcW w:type="dxa" w:w="2085"/>
          </w:tcPr>
          <w:p/>
        </w:tc>
        <w:tc>
          <w:tcPr>
            <w:tcW w:type="dxa" w:w="2085"/>
          </w:tcPr>
          <w:p/>
        </w:tc>
        <w:tc>
          <w:tcPr>
            <w:tcW w:type="dxa" w:w="2085"/>
          </w:tcPr>
          <w:p/>
        </w:tc>
      </w:tr>
    </w:tbl>
    <w:p>
      <w:pPr>
        <w:spacing w:after="80"/>
      </w:pPr>
      <w:r>
        <w:rPr>
          <w:b w:val="0"/>
          <w:color w:val="16202E"/>
          <w:sz w:val="19"/>
        </w:rPr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5213"/>
          </w:tcPr>
          <w:p>
            <w:pPr>
              <w:jc w:val="right"/>
            </w:pPr>
            <w:r>
              <w:rPr>
                <w:b w:val="0"/>
              </w:rPr>
              <w:t>Subtotal jasa</w:t>
            </w:r>
          </w:p>
        </w:tc>
        <w:tc>
          <w:tcPr>
            <w:tcW w:type="dxa" w:w="5213"/>
          </w:tcPr>
          <w:p>
            <w:r>
              <w:t>Rp</w:t>
            </w:r>
          </w:p>
        </w:tc>
      </w:tr>
      <w:tr>
        <w:tc>
          <w:tcPr>
            <w:tcW w:type="dxa" w:w="5213"/>
          </w:tcPr>
          <w:p>
            <w:pPr>
              <w:jc w:val="right"/>
            </w:pPr>
            <w:r>
              <w:rPr>
                <w:b w:val="0"/>
              </w:rPr>
              <w:t>Subtotal sparepart</w:t>
            </w:r>
          </w:p>
        </w:tc>
        <w:tc>
          <w:tcPr>
            <w:tcW w:type="dxa" w:w="5213"/>
          </w:tcPr>
          <w:p>
            <w:r>
              <w:t>Rp</w:t>
            </w:r>
          </w:p>
        </w:tc>
      </w:tr>
      <w:tr>
        <w:tc>
          <w:tcPr>
            <w:tcW w:type="dxa" w:w="5213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type="dxa" w:w="5213"/>
          </w:tcPr>
          <w:p>
            <w:r>
              <w:t>Rp</w:t>
            </w:r>
          </w:p>
        </w:tc>
      </w:tr>
      <w:tr>
        <w:tc>
          <w:tcPr>
            <w:tcW w:type="dxa" w:w="5213"/>
          </w:tcPr>
          <w:p>
            <w:pPr>
              <w:jc w:val="right"/>
            </w:pPr>
            <w:r>
              <w:rPr>
                <w:b w:val="0"/>
              </w:rPr>
              <w:t>DP / uang muka</w:t>
            </w:r>
          </w:p>
        </w:tc>
        <w:tc>
          <w:tcPr>
            <w:tcW w:type="dxa" w:w="5213"/>
          </w:tcPr>
          <w:p>
            <w:r>
              <w:t>Rp</w:t>
            </w:r>
          </w:p>
        </w:tc>
      </w:tr>
      <w:tr>
        <w:tc>
          <w:tcPr>
            <w:tcW w:type="dxa" w:w="5213"/>
          </w:tcPr>
          <w:p>
            <w:pPr>
              <w:jc w:val="right"/>
            </w:pPr>
            <w:r>
              <w:rPr>
                <w:b/>
              </w:rPr>
              <w:t>SISA BAYAR</w:t>
            </w:r>
          </w:p>
        </w:tc>
        <w:tc>
          <w:tcPr>
            <w:tcW w:type="dxa" w:w="5213"/>
          </w:tcPr>
          <w:p>
            <w:r>
              <w:t>Rp</w:t>
            </w:r>
          </w:p>
        </w:tc>
      </w:tr>
    </w:tbl>
    <w:p>
      <w:pPr>
        <w:spacing w:after="80"/>
      </w:pPr>
      <w:r>
        <w:rPr>
          <w:b w:val="0"/>
          <w:color w:val="16202E"/>
          <w:sz w:val="19"/>
        </w:rPr>
      </w:r>
    </w:p>
    <w:p>
      <w:pPr>
        <w:spacing w:after="40"/>
      </w:pPr>
      <w:r>
        <w:rPr>
          <w:b w:val="0"/>
          <w:color w:val="16202E"/>
          <w:sz w:val="18"/>
        </w:rPr>
        <w:t>Garansi: ______ hari, untuk part / pekerjaan: ______________________</w:t>
      </w:r>
    </w:p>
    <w:p>
      <w:pPr>
        <w:spacing w:after="40"/>
      </w:pPr>
      <w:r>
        <w:rPr>
          <w:b w:val="0"/>
          <w:color w:val="5B6675"/>
          <w:sz w:val="17"/>
        </w:rPr>
        <w:t>Dikerjakan setelah pelanggan setuju estimasi. Setuju tgl/jam: ________ lewat: ________  ·  JANGAN tulis PIN / pola kunci di nota ini.</w:t>
      </w:r>
    </w:p>
    <w:p>
      <w:pPr>
        <w:spacing w:after="160"/>
      </w:pPr>
      <w:r>
        <w:rPr>
          <w:b w:val="0"/>
          <w:color w:val="5B6675"/>
          <w:sz w:val="17"/>
        </w:rPr>
        <w:t>Mohon ambil unit paling lambat ____ hari setelah selesai. Kami hubungi lewat WA.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13"/>
        <w:gridCol w:w="5213"/>
      </w:tblGrid>
      <w:tr>
        <w:tc>
          <w:tcPr>
            <w:tcW w:type="dxa" w:w="5213"/>
          </w:tcPr>
          <w:p>
            <w:r>
              <w:rPr>
                <w:b/>
              </w:rPr>
              <w:t>Pelanggan (menyerahkan)</w:t>
            </w:r>
          </w:p>
        </w:tc>
        <w:tc>
          <w:tcPr>
            <w:tcW w:type="dxa" w:w="5213"/>
          </w:tcPr>
          <w:p>
            <w:r>
              <w:rPr>
                <w:b/>
              </w:rPr>
              <w:t>Petugas (menerima)</w:t>
            </w:r>
          </w:p>
        </w:tc>
      </w:tr>
      <w:tr>
        <w:tc>
          <w:tcPr>
            <w:tcW w:type="dxa" w:w="5213"/>
          </w:tcPr>
          <w:p>
            <w:r>
              <w:br/>
              <w:br/>
              <w:t>(______________________)</w:t>
            </w:r>
          </w:p>
        </w:tc>
        <w:tc>
          <w:tcPr>
            <w:tcW w:type="dxa" w:w="5213"/>
          </w:tcPr>
          <w:p>
            <w:r>
              <w:br/>
              <w:br/>
              <w:t>(______________________)</w:t>
            </w:r>
          </w:p>
        </w:tc>
      </w:tr>
      <w:tr>
        <w:tc>
          <w:tcPr>
            <w:tcW w:type="dxa" w:w="5213"/>
          </w:tcPr>
          <w:p>
            <w:r>
              <w:t>Nama jelas</w:t>
            </w:r>
          </w:p>
        </w:tc>
        <w:tc>
          <w:tcPr>
            <w:tcW w:type="dxa" w:w="5213"/>
          </w:tcPr>
          <w:p>
            <w:r>
              <w:t>Nama jelas</w:t>
            </w:r>
          </w:p>
        </w:tc>
      </w:tr>
    </w:tbl>
    <w:p>
      <w:pPr>
        <w:spacing w:after="80"/>
      </w:pPr>
      <w:r>
        <w:rPr>
          <w:b w:val="0"/>
          <w:color w:val="16202E"/>
          <w:sz w:val="19"/>
        </w:rPr>
      </w:r>
    </w:p>
    <w:p>
      <w:pPr>
        <w:spacing w:after="80"/>
      </w:pPr>
      <w:r>
        <w:rPr>
          <w:b w:val="0"/>
          <w:color w:val="16202E"/>
          <w:sz w:val="18"/>
        </w:rPr>
        <w:t>Barang sudah diambil kembali. Tanggal: ________   Tanda tangan: ________________</w:t>
      </w:r>
    </w:p>
    <w:p>
      <w:pPr>
        <w:spacing w:after="160"/>
      </w:pPr>
      <w:r>
        <w:rPr>
          <w:b/>
          <w:color w:val="16202E"/>
          <w:sz w:val="17"/>
        </w:rPr>
        <w:t>Dibuat 2 rangkap: 1 untuk pelanggan (dibawa waktu ambil), 1 untuk arsip usaha.</w:t>
      </w:r>
    </w:p>
    <w:p>
      <w:pPr>
        <w:spacing w:after="60"/>
        <w:jc w:val="center"/>
      </w:pPr>
      <w:r>
        <w:rPr>
          <w:b w:val="0"/>
          <w:color w:val="5B6675"/>
          <w:sz w:val="15"/>
        </w:rPr>
        <w:t>Template gratis dari Niagawan — niagawan.com/id/nota-service/</w:t>
      </w:r>
    </w:p>
    <w:sectPr w:rsidR="00FC693F" w:rsidRPr="0006063C" w:rsidSect="00034616">
      <w:pgSz w:w="12240" w:h="15840"/>
      <w:pgMar w:top="737" w:right="907" w:bottom="73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