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16202E"/>
          <w:sz w:val="36"/>
        </w:rPr>
        <w:t>NOTA LAUNDRY</w:t>
      </w:r>
    </w:p>
    <w:p>
      <w:pPr>
        <w:spacing w:after="120"/>
      </w:pPr>
      <w:r>
        <w:rPr>
          <w:b w:val="0"/>
          <w:color w:val="5B6675"/>
          <w:sz w:val="17"/>
        </w:rPr>
        <w:t>Kiloan dan satuan  ·  cucian masuk dulu, bayar waktu diambil</w:t>
      </w:r>
    </w:p>
    <w:p>
      <w:pPr>
        <w:spacing w:after="160"/>
      </w:pPr>
      <w:r>
        <w:rPr>
          <w:b w:val="0"/>
          <w:color w:val="16202E"/>
          <w:sz w:val="19"/>
        </w:rPr>
        <w:t>[Nama usaha]   ·   [Alamat]   ·   [No. HP / WA]            No. nota: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Nama pelanggan:  </w:t>
            </w:r>
            <w:r>
              <w:rPr>
                <w:sz w:val="18"/>
              </w:rPr>
            </w:r>
          </w:p>
        </w:tc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No. HP / WA:  </w:t>
            </w:r>
            <w:r>
              <w:rPr>
                <w:sz w:val="18"/>
              </w:rPr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Layanan:  </w:t>
            </w:r>
            <w:r>
              <w:rPr>
                <w:sz w:val="18"/>
              </w:rPr>
              <w:t>☐ Cuci-setrika   ☐ Cuci kering   ☐ Setrika saja   ☐ Express</w:t>
            </w:r>
          </w:p>
        </w:tc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Berat (kg):  </w:t>
            </w:r>
            <w:r>
              <w:rPr>
                <w:sz w:val="18"/>
              </w:rPr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Jumlah potong:  </w:t>
            </w:r>
            <w:r>
              <w:rPr>
                <w:sz w:val="18"/>
              </w:rPr>
            </w:r>
          </w:p>
        </w:tc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Tanggal masuk:  </w:t>
            </w:r>
            <w:r>
              <w:rPr>
                <w:sz w:val="18"/>
              </w:rPr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Perkiraan selesai:  </w:t>
            </w:r>
            <w:r>
              <w:rPr>
                <w:sz w:val="18"/>
              </w:rPr>
            </w:r>
          </w:p>
        </w:tc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Catatan kondisi:  </w:t>
            </w:r>
            <w:r>
              <w:rPr>
                <w:sz w:val="18"/>
              </w:rPr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Tanggal ambil:  </w:t>
            </w:r>
            <w:r>
              <w:rPr>
                <w:sz w:val="18"/>
              </w:rPr>
            </w:r>
          </w:p>
        </w:tc>
        <w:tc>
          <w:tcPr>
            <w:tcW w:type="dxa" w:w="5213"/>
          </w:tcPr>
          <w:p/>
        </w:tc>
      </w:tr>
    </w:tbl>
    <w:p>
      <w:pPr>
        <w:spacing w:after="80"/>
      </w:pPr>
      <w:r>
        <w:rPr>
          <w:b w:val="0"/>
          <w:color w:val="16202E"/>
          <w:sz w:val="19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r>
              <w:rPr>
                <w:b/>
                <w:sz w:val="17"/>
              </w:rPr>
              <w:t>Layanan / barang</w:t>
            </w:r>
          </w:p>
        </w:tc>
        <w:tc>
          <w:tcPr>
            <w:tcW w:type="dxa" w:w="2085"/>
          </w:tcPr>
          <w:p>
            <w:r>
              <w:rPr>
                <w:b/>
                <w:sz w:val="17"/>
              </w:rPr>
              <w:t>Kiloan / Satuan</w:t>
            </w:r>
          </w:p>
        </w:tc>
        <w:tc>
          <w:tcPr>
            <w:tcW w:type="dxa" w:w="2085"/>
          </w:tcPr>
          <w:p>
            <w:r>
              <w:rPr>
                <w:b/>
                <w:sz w:val="17"/>
              </w:rPr>
              <w:t>Kg / pcs</w:t>
            </w:r>
          </w:p>
        </w:tc>
        <w:tc>
          <w:tcPr>
            <w:tcW w:type="dxa" w:w="2085"/>
          </w:tcPr>
          <w:p>
            <w:r>
              <w:rPr>
                <w:b/>
                <w:sz w:val="17"/>
              </w:rPr>
              <w:t>Harga</w:t>
            </w:r>
          </w:p>
        </w:tc>
        <w:tc>
          <w:tcPr>
            <w:tcW w:type="dxa" w:w="2085"/>
          </w:tcPr>
          <w:p>
            <w:r>
              <w:rPr>
                <w:b/>
                <w:sz w:val="17"/>
              </w:rPr>
              <w:t>Jumlah</w:t>
            </w:r>
          </w:p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</w:tbl>
    <w:p>
      <w:pPr>
        <w:spacing w:after="80"/>
      </w:pPr>
      <w:r>
        <w:rPr>
          <w:b w:val="0"/>
          <w:color w:val="16202E"/>
          <w:sz w:val="19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right"/>
            </w:pPr>
            <w:r>
              <w:rPr>
                <w:b w:val="0"/>
              </w:rPr>
              <w:t>Subtotal kiloan</w:t>
            </w:r>
          </w:p>
        </w:tc>
        <w:tc>
          <w:tcPr>
            <w:tcW w:type="dxa" w:w="5213"/>
          </w:tcPr>
          <w:p>
            <w:r>
              <w:t>Rp</w:t>
            </w:r>
          </w:p>
        </w:tc>
      </w:tr>
      <w:tr>
        <w:tc>
          <w:tcPr>
            <w:tcW w:type="dxa" w:w="5213"/>
          </w:tcPr>
          <w:p>
            <w:pPr>
              <w:jc w:val="right"/>
            </w:pPr>
            <w:r>
              <w:rPr>
                <w:b w:val="0"/>
              </w:rPr>
              <w:t>Subtotal satuan</w:t>
            </w:r>
          </w:p>
        </w:tc>
        <w:tc>
          <w:tcPr>
            <w:tcW w:type="dxa" w:w="5213"/>
          </w:tcPr>
          <w:p>
            <w:r>
              <w:t>Rp</w:t>
            </w:r>
          </w:p>
        </w:tc>
      </w:tr>
      <w:tr>
        <w:tc>
          <w:tcPr>
            <w:tcW w:type="dxa" w:w="5213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type="dxa" w:w="5213"/>
          </w:tcPr>
          <w:p>
            <w:r>
              <w:t>Rp</w:t>
            </w:r>
          </w:p>
        </w:tc>
      </w:tr>
      <w:tr>
        <w:tc>
          <w:tcPr>
            <w:tcW w:type="dxa" w:w="5213"/>
          </w:tcPr>
          <w:p>
            <w:pPr>
              <w:jc w:val="right"/>
            </w:pPr>
            <w:r>
              <w:rPr>
                <w:b w:val="0"/>
              </w:rPr>
              <w:t>DP / uang muka</w:t>
            </w:r>
          </w:p>
        </w:tc>
        <w:tc>
          <w:tcPr>
            <w:tcW w:type="dxa" w:w="5213"/>
          </w:tcPr>
          <w:p>
            <w:r>
              <w:t>Rp</w:t>
            </w:r>
          </w:p>
        </w:tc>
      </w:tr>
      <w:tr>
        <w:tc>
          <w:tcPr>
            <w:tcW w:type="dxa" w:w="5213"/>
          </w:tcPr>
          <w:p>
            <w:pPr>
              <w:jc w:val="right"/>
            </w:pPr>
            <w:r>
              <w:rPr>
                <w:b/>
              </w:rPr>
              <w:t>SISA BAYAR</w:t>
            </w:r>
          </w:p>
        </w:tc>
        <w:tc>
          <w:tcPr>
            <w:tcW w:type="dxa" w:w="5213"/>
          </w:tcPr>
          <w:p>
            <w:r>
              <w:t>Rp</w:t>
            </w:r>
          </w:p>
        </w:tc>
      </w:tr>
    </w:tbl>
    <w:p>
      <w:pPr>
        <w:spacing w:after="80"/>
      </w:pPr>
      <w:r>
        <w:rPr>
          <w:b w:val="0"/>
          <w:color w:val="16202E"/>
          <w:sz w:val="19"/>
        </w:rPr>
      </w:r>
    </w:p>
    <w:p>
      <w:pPr>
        <w:spacing w:after="40"/>
      </w:pPr>
      <w:r>
        <w:rPr>
          <w:b w:val="0"/>
          <w:color w:val="16202E"/>
          <w:sz w:val="18"/>
        </w:rPr>
        <w:t>Jumlah potong dihitung bersama pelanggan waktu cucian masuk: ______ potong</w:t>
      </w:r>
    </w:p>
    <w:p>
      <w:pPr>
        <w:spacing w:after="40"/>
      </w:pPr>
      <w:r>
        <w:rPr>
          <w:b w:val="0"/>
          <w:color w:val="5B6675"/>
          <w:sz w:val="17"/>
        </w:rPr>
        <w:t>Noda, luntur, atau kancing lepas yang sudah ada dicatat di atas sebelum dicuci.</w:t>
      </w:r>
    </w:p>
    <w:p>
      <w:pPr>
        <w:spacing w:after="160"/>
      </w:pPr>
      <w:r>
        <w:rPr>
          <w:b w:val="0"/>
          <w:color w:val="5B6675"/>
          <w:sz w:val="17"/>
        </w:rPr>
        <w:t>Mohon ambil cucian paling lambat ____ hari setelah selesai. Kami hubungi lewat WA.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rPr>
                <w:b/>
              </w:rPr>
              <w:t>Pelanggan (menyerahkan)</w:t>
            </w:r>
          </w:p>
        </w:tc>
        <w:tc>
          <w:tcPr>
            <w:tcW w:type="dxa" w:w="5213"/>
          </w:tcPr>
          <w:p>
            <w:r>
              <w:rPr>
                <w:b/>
              </w:rPr>
              <w:t>Petugas (menerima)</w:t>
            </w:r>
          </w:p>
        </w:tc>
      </w:tr>
      <w:tr>
        <w:tc>
          <w:tcPr>
            <w:tcW w:type="dxa" w:w="5213"/>
          </w:tcPr>
          <w:p>
            <w:r>
              <w:br/>
              <w:br/>
              <w:t>(______________________)</w:t>
            </w:r>
          </w:p>
        </w:tc>
        <w:tc>
          <w:tcPr>
            <w:tcW w:type="dxa" w:w="5213"/>
          </w:tcPr>
          <w:p>
            <w:r>
              <w:br/>
              <w:br/>
              <w:t>(______________________)</w:t>
            </w:r>
          </w:p>
        </w:tc>
      </w:tr>
      <w:tr>
        <w:tc>
          <w:tcPr>
            <w:tcW w:type="dxa" w:w="5213"/>
          </w:tcPr>
          <w:p>
            <w:r>
              <w:t>Nama jelas</w:t>
            </w:r>
          </w:p>
        </w:tc>
        <w:tc>
          <w:tcPr>
            <w:tcW w:type="dxa" w:w="5213"/>
          </w:tcPr>
          <w:p>
            <w:r>
              <w:t>Nama jelas</w:t>
            </w:r>
          </w:p>
        </w:tc>
      </w:tr>
    </w:tbl>
    <w:p>
      <w:pPr>
        <w:spacing w:after="80"/>
      </w:pPr>
      <w:r>
        <w:rPr>
          <w:b w:val="0"/>
          <w:color w:val="16202E"/>
          <w:sz w:val="19"/>
        </w:rPr>
      </w:r>
    </w:p>
    <w:p>
      <w:pPr>
        <w:spacing w:after="80"/>
      </w:pPr>
      <w:r>
        <w:rPr>
          <w:b w:val="0"/>
          <w:color w:val="16202E"/>
          <w:sz w:val="18"/>
        </w:rPr>
        <w:t>Barang sudah diambil kembali. Tanggal: ________   Tanda tangan: ________________</w:t>
      </w:r>
    </w:p>
    <w:p>
      <w:pPr>
        <w:spacing w:after="160"/>
      </w:pPr>
      <w:r>
        <w:rPr>
          <w:b/>
          <w:color w:val="16202E"/>
          <w:sz w:val="17"/>
        </w:rPr>
        <w:t>Dibuat 2 rangkap: 1 untuk pelanggan (dibawa waktu ambil), 1 untuk arsip usaha.</w:t>
      </w:r>
    </w:p>
    <w:p>
      <w:pPr>
        <w:spacing w:after="60"/>
        <w:jc w:val="center"/>
      </w:pPr>
      <w:r>
        <w:rPr>
          <w:b w:val="0"/>
          <w:color w:val="5B6675"/>
          <w:sz w:val="15"/>
        </w:rPr>
        <w:t>Template gratis dari Niagawan — niagawan.com/id/nota-service/</w:t>
      </w:r>
    </w:p>
    <w:sectPr w:rsidR="00FC693F" w:rsidRPr="0006063C" w:rsidSect="00034616"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