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6FB0"/>
          <w:sz w:val="36"/>
        </w:rPr>
        <w:t>LAPORAN LABA RUGI</w:t>
      </w:r>
    </w:p>
    <w:p>
      <w:r>
        <w:rPr>
          <w:color w:val="5B6675"/>
          <w:sz w:val="19"/>
        </w:rPr>
        <w:t>Nama usaha: ____________________     Periode: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/>
            <w:r>
              <w:rPr>
                <w:b/>
                <w:sz w:val="20"/>
              </w:rPr>
              <w:t>Keterangan</w:t>
            </w:r>
          </w:p>
        </w:tc>
        <w:tc>
          <w:tcPr>
            <w:tcW w:type="dxa" w:w="5213"/>
          </w:tcPr>
          <w:p>
            <w:pPr>
              <w:jc w:val="right"/>
            </w:pPr>
            <w:r/>
            <w:r>
              <w:rPr>
                <w:b/>
                <w:sz w:val="20"/>
              </w:rPr>
              <w:t>Jumlah (Rp)</w:t>
            </w:r>
          </w:p>
        </w:tc>
      </w:tr>
      <w:tr>
        <w:tc>
          <w:tcPr>
            <w:tcW w:type="dxa" w:w="5213"/>
          </w:tcPr>
          <w:p>
            <w:r>
              <w:rPr>
                <w:sz w:val="19"/>
              </w:rPr>
              <w:t>Penjualan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Persediaan awal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Pembelian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Persediaan akhir (stock opname)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HPP  = persediaan awal + pembelian - persediaan akhir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LABA KOTOR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Beban Sewa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Beban Gaji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Beban Listrik &amp; Air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Beban Lain-lain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TOTAL BEBAN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LABA / RUGI BERSIH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____________________________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____________________________</w:t>
            </w:r>
          </w:p>
        </w:tc>
        <w:tc>
          <w:tcPr>
            <w:tcW w:type="dxa" w:w="5213"/>
          </w:tcPr>
          <w:p/>
        </w:tc>
      </w:tr>
    </w:tbl>
    <w:p>
      <w:r>
        <w:br w:type="page"/>
      </w:r>
    </w:p>
    <w:p>
      <w:r>
        <w:rPr>
          <w:b/>
          <w:color w:val="0A6FB0"/>
          <w:sz w:val="36"/>
        </w:rPr>
        <w:t>NERACA</w:t>
      </w:r>
    </w:p>
    <w:p>
      <w:r>
        <w:rPr>
          <w:color w:val="5B6675"/>
          <w:sz w:val="19"/>
        </w:rPr>
        <w:t>Nama usaha: ____________________     Per tanggal: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/>
            <w:r>
              <w:rPr>
                <w:b/>
                <w:sz w:val="20"/>
              </w:rPr>
              <w:t>Keterangan</w:t>
            </w:r>
          </w:p>
        </w:tc>
        <w:tc>
          <w:tcPr>
            <w:tcW w:type="dxa" w:w="5213"/>
          </w:tcPr>
          <w:p>
            <w:pPr>
              <w:jc w:val="right"/>
            </w:pPr>
            <w:r/>
            <w:r>
              <w:rPr>
                <w:b/>
                <w:sz w:val="20"/>
              </w:rPr>
              <w:t>Jumlah (Rp)</w:t>
            </w:r>
          </w:p>
        </w:tc>
      </w:tr>
      <w:tr>
        <w:tc>
          <w:tcPr>
            <w:tcW w:type="dxa" w:w="5213"/>
          </w:tcPr>
          <w:p>
            <w:r>
              <w:rPr>
                <w:sz w:val="19"/>
              </w:rPr>
              <w:t>ASET — Kas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ASET — Piutang Usaha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ASET — Persediaan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TOTAL ASET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LIABILITAS — Utang Usaha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TOTAL LIABILITAS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EKUITAS — Modal Pemilik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EKUITAS — Laba/Rugi berjalan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TOTAL EKUITAS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TOTAL LIABILITAS + EKUITAS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____________________________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____________________________</w:t>
            </w:r>
          </w:p>
        </w:tc>
        <w:tc>
          <w:tcPr>
            <w:tcW w:type="dxa" w:w="5213"/>
          </w:tcPr>
          <w:p/>
        </w:tc>
      </w:tr>
    </w:tbl>
    <w:p>
      <w:r>
        <w:br w:type="page"/>
      </w:r>
    </w:p>
    <w:p>
      <w:r>
        <w:rPr>
          <w:b/>
          <w:color w:val="0A6FB0"/>
          <w:sz w:val="36"/>
        </w:rPr>
        <w:t>LAPORAN ARUS KAS</w:t>
      </w:r>
    </w:p>
    <w:p>
      <w:r>
        <w:rPr>
          <w:color w:val="5B6675"/>
          <w:sz w:val="19"/>
        </w:rPr>
        <w:t>Nama usaha: ____________________     Periode: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/>
            <w:r>
              <w:rPr>
                <w:b/>
                <w:sz w:val="20"/>
              </w:rPr>
              <w:t>Keterangan</w:t>
            </w:r>
          </w:p>
        </w:tc>
        <w:tc>
          <w:tcPr>
            <w:tcW w:type="dxa" w:w="5213"/>
          </w:tcPr>
          <w:p>
            <w:pPr>
              <w:jc w:val="right"/>
            </w:pPr>
            <w:r/>
            <w:r>
              <w:rPr>
                <w:b/>
                <w:sz w:val="20"/>
              </w:rPr>
              <w:t>Jumlah (Rp)</w:t>
            </w:r>
          </w:p>
        </w:tc>
      </w:tr>
      <w:tr>
        <w:tc>
          <w:tcPr>
            <w:tcW w:type="dxa" w:w="5213"/>
          </w:tcPr>
          <w:p>
            <w:r>
              <w:rPr>
                <w:sz w:val="19"/>
              </w:rPr>
              <w:t>OPERASI — Penerimaan dari pelanggan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OPERASI — Pembayaran ke supplier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OPERASI — Bayar sewa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OPERASI — Bayar gaji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OPERASI — Bayar listrik &amp; air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Kas bersih dari operasi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INVESTASI — Pembelian aset tetap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PENDANAAN — Setoran modal pemilik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KENAIKAN / PENURUNAN KAS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Kas awal periode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KAS AKHIR PERIODE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____________________________</w:t>
            </w:r>
          </w:p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>
            <w:r>
              <w:rPr>
                <w:sz w:val="19"/>
              </w:rPr>
              <w:t>____________________________</w:t>
            </w:r>
          </w:p>
        </w:tc>
        <w:tc>
          <w:tcPr>
            <w:tcW w:type="dxa" w:w="5213"/>
          </w:tcPr>
          <w:p/>
        </w:tc>
      </w:tr>
    </w:tbl>
    <w:p>
      <w:r>
        <w:rPr>
          <w:color w:val="5B6675"/>
          <w:sz w:val="16"/>
        </w:rPr>
        <w:t>Neraca seimbang kalau TOTAL ASET = TOTAL LIABILITAS + EKUITAS.    Template gratis dari Niagawan — niagawan.com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