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jc w:val="center"/>
      </w:pPr>
      <w:r>
        <w:rPr>
          <w:rFonts w:ascii="Arial" w:hAnsi="Arial"/>
          <w:b/>
          <w:i w:val="0"/>
          <w:color w:val="0A2540"/>
          <w:sz w:val="36"/>
        </w:rPr>
        <w:t>INVOICE PELUNASAN</w:t>
      </w:r>
    </w:p>
    <w:p>
      <w:pPr>
        <w:spacing w:after="40"/>
        <w:jc w:val="center"/>
      </w:pPr>
      <w:r>
        <w:rPr>
          <w:rFonts w:ascii="Arial" w:hAnsi="Arial"/>
          <w:b w:val="0"/>
          <w:i w:val="0"/>
          <w:color w:val="5B6675"/>
          <w:sz w:val="18"/>
        </w:rPr>
        <w:t>Tagihan sisa pembayaran setelah DP</w:t>
      </w:r>
    </w:p>
    <w:p>
      <w:pPr>
        <w:spacing w:after="200"/>
        <w:jc w:val="center"/>
      </w:pPr>
      <w:r>
        <w:rPr>
          <w:rFonts w:ascii="Arial" w:hAnsi="Arial"/>
          <w:b w:val="0"/>
          <w:i w:val="0"/>
          <w:color w:val="5B6675"/>
          <w:sz w:val="18"/>
        </w:rPr>
        <w:t>[NAMA USAHAMU]  ·  [alamat]  ·  [No. HP / WhatsApp]</w:t>
      </w:r>
    </w:p>
    <w:tbl>
      <w:tblPr>
        <w:tblStyle w:val="TableGrid"/>
        <w:tblW w:type="auto" w:w="0"/>
        <w:tblLook w:firstColumn="1" w:firstRow="1" w:lastColumn="0" w:lastRow="0" w:noHBand="0" w:noVBand="1" w:val="04A0"/>
        <w:tblLayout w:type="fixed"/>
      </w:tblPr>
      <w:tblGrid>
        <w:gridCol w:w="2835"/>
        <w:gridCol w:w="6804"/>
      </w:tblGrid>
      <w:tr>
        <w:tc>
          <w:tcPr>
            <w:tcW w:type="dxa" w:w="2835"/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color w:val="0A2540"/>
                <w:sz w:val="18"/>
              </w:rPr>
              <w:t>No. invoice</w:t>
            </w:r>
          </w:p>
        </w:tc>
        <w:tc>
          <w:tcPr>
            <w:tcW w:type="dxa" w:w="6803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color w:val="5B6675"/>
                <w:sz w:val="18"/>
              </w:rPr>
              <w:t>[INV-2026-001-L]</w:t>
            </w:r>
          </w:p>
        </w:tc>
      </w:tr>
      <w:tr>
        <w:tc>
          <w:tcPr>
            <w:tcW w:type="dxa" w:w="2835"/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color w:val="0A2540"/>
                <w:sz w:val="18"/>
              </w:rPr>
              <w:t>Ref. invoice DP</w:t>
            </w:r>
          </w:p>
        </w:tc>
        <w:tc>
          <w:tcPr>
            <w:tcW w:type="dxa" w:w="6803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color w:val="5B6675"/>
                <w:sz w:val="18"/>
              </w:rPr>
              <w:t>[INV-2026-001-DP, tanggal __/__/____]</w:t>
            </w:r>
          </w:p>
        </w:tc>
      </w:tr>
      <w:tr>
        <w:tc>
          <w:tcPr>
            <w:tcW w:type="dxa" w:w="2835"/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color w:val="0A2540"/>
                <w:sz w:val="18"/>
              </w:rPr>
              <w:t>Tanggal invoice</w:t>
            </w:r>
          </w:p>
        </w:tc>
        <w:tc>
          <w:tcPr>
            <w:tcW w:type="dxa" w:w="6803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color w:val="5B6675"/>
                <w:sz w:val="18"/>
              </w:rPr>
              <w:t>[DD/MM/YYYY]</w:t>
            </w:r>
          </w:p>
        </w:tc>
      </w:tr>
      <w:tr>
        <w:tc>
          <w:tcPr>
            <w:tcW w:type="dxa" w:w="2835"/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color w:val="0A2540"/>
                <w:sz w:val="18"/>
              </w:rPr>
              <w:t>Paling lambat bayar</w:t>
            </w:r>
          </w:p>
        </w:tc>
        <w:tc>
          <w:tcPr>
            <w:tcW w:type="dxa" w:w="6803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color w:val="5B6675"/>
                <w:sz w:val="18"/>
              </w:rPr>
              <w:t>[tanggal / "saat barang diterima"]</w:t>
            </w:r>
          </w:p>
        </w:tc>
      </w:tr>
      <w:tr>
        <w:tc>
          <w:tcPr>
            <w:tcW w:type="dxa" w:w="2835"/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color w:val="0A2540"/>
                <w:sz w:val="18"/>
              </w:rPr>
              <w:t>Kepada</w:t>
            </w:r>
          </w:p>
        </w:tc>
        <w:tc>
          <w:tcPr>
            <w:tcW w:type="dxa" w:w="6803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color w:val="5B6675"/>
                <w:sz w:val="18"/>
              </w:rPr>
              <w:t>[nama pelanggan / nama usaha + No. HP]</w:t>
            </w:r>
          </w:p>
        </w:tc>
      </w:tr>
      <w:tr>
        <w:tc>
          <w:tcPr>
            <w:tcW w:type="dxa" w:w="2835"/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color w:val="0A2540"/>
                <w:sz w:val="18"/>
              </w:rPr>
              <w:t>Ref. SO / penawaran</w:t>
            </w:r>
          </w:p>
        </w:tc>
        <w:tc>
          <w:tcPr>
            <w:tcW w:type="dxa" w:w="6803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color w:val="5B6675"/>
                <w:sz w:val="18"/>
              </w:rPr>
              <w:t>[no. sales order atau penawaran]</w:t>
            </w:r>
          </w:p>
        </w:tc>
      </w:tr>
    </w:tbl>
    <w:p>
      <w:pPr>
        <w:spacing w:after="80"/>
      </w:pPr>
      <w:r>
        <w:rPr>
          <w:rFonts w:ascii="Arial" w:hAnsi="Arial"/>
          <w:b w:val="0"/>
          <w:i w:val="0"/>
          <w:color w:val="0A2540"/>
          <w:sz w:val="20"/>
        </w:rPr>
      </w:r>
    </w:p>
    <w:p>
      <w:pPr>
        <w:spacing w:after="60"/>
      </w:pPr>
      <w:r>
        <w:rPr>
          <w:rFonts w:ascii="Arial" w:hAnsi="Arial"/>
          <w:b/>
          <w:i w:val="0"/>
          <w:color w:val="00AEFF"/>
          <w:sz w:val="20"/>
        </w:rPr>
        <w:t>Rincian pesanan</w:t>
      </w:r>
    </w:p>
    <w:tbl>
      <w:tblPr>
        <w:tblStyle w:val="TableGrid"/>
        <w:tblW w:type="auto" w:w="0"/>
        <w:tblLook w:firstColumn="1" w:firstRow="1" w:lastColumn="0" w:lastRow="0" w:noHBand="0" w:noVBand="1" w:val="04A0"/>
        <w:tblLayout w:type="fixed"/>
      </w:tblPr>
      <w:tblGrid>
        <w:gridCol w:w="567"/>
        <w:gridCol w:w="4196"/>
        <w:gridCol w:w="964"/>
        <w:gridCol w:w="964"/>
        <w:gridCol w:w="1474"/>
        <w:gridCol w:w="1588"/>
      </w:tblGrid>
      <w:tr>
        <w:tc>
          <w:tcPr>
            <w:tcW w:type="dxa" w:w="567"/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color w:val="0A2540"/>
                <w:sz w:val="16"/>
              </w:rPr>
              <w:t>No</w:t>
            </w:r>
          </w:p>
        </w:tc>
        <w:tc>
          <w:tcPr>
            <w:tcW w:type="dxa" w:w="4195"/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color w:val="0A2540"/>
                <w:sz w:val="16"/>
              </w:rPr>
              <w:t>Barang / jasa yang dipesan</w:t>
            </w:r>
          </w:p>
        </w:tc>
        <w:tc>
          <w:tcPr>
            <w:tcW w:type="dxa" w:w="964"/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color w:val="0A2540"/>
                <w:sz w:val="16"/>
              </w:rPr>
              <w:t>Jumlah</w:t>
            </w:r>
          </w:p>
        </w:tc>
        <w:tc>
          <w:tcPr>
            <w:tcW w:type="dxa" w:w="964"/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color w:val="0A2540"/>
                <w:sz w:val="16"/>
              </w:rPr>
              <w:t>Satuan</w:t>
            </w:r>
          </w:p>
        </w:tc>
        <w:tc>
          <w:tcPr>
            <w:tcW w:type="dxa" w:w="1474"/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color w:val="0A2540"/>
                <w:sz w:val="16"/>
              </w:rPr>
              <w:t>Harga satuan (Rp)</w:t>
            </w:r>
          </w:p>
        </w:tc>
        <w:tc>
          <w:tcPr>
            <w:tcW w:type="dxa" w:w="1587"/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color w:val="0A2540"/>
                <w:sz w:val="16"/>
              </w:rPr>
              <w:t>Jumlah (Rp)</w:t>
            </w:r>
          </w:p>
        </w:tc>
      </w:tr>
      <w:tr>
        <w:tc>
          <w:tcPr>
            <w:tcW w:type="dxa" w:w="567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color w:val="0A2540"/>
                <w:sz w:val="16"/>
              </w:rPr>
              <w:t>1</w:t>
            </w:r>
          </w:p>
        </w:tc>
        <w:tc>
          <w:tcPr>
            <w:tcW w:type="dxa" w:w="4195"/>
          </w:tcPr>
          <w:p/>
        </w:tc>
        <w:tc>
          <w:tcPr>
            <w:tcW w:type="dxa" w:w="964"/>
          </w:tcPr>
          <w:p/>
        </w:tc>
        <w:tc>
          <w:tcPr>
            <w:tcW w:type="dxa" w:w="964"/>
          </w:tcPr>
          <w:p/>
        </w:tc>
        <w:tc>
          <w:tcPr>
            <w:tcW w:type="dxa" w:w="1474"/>
          </w:tcPr>
          <w:p/>
        </w:tc>
        <w:tc>
          <w:tcPr>
            <w:tcW w:type="dxa" w:w="1587"/>
          </w:tcPr>
          <w:p/>
        </w:tc>
      </w:tr>
      <w:tr>
        <w:tc>
          <w:tcPr>
            <w:tcW w:type="dxa" w:w="567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color w:val="0A2540"/>
                <w:sz w:val="16"/>
              </w:rPr>
              <w:t>2</w:t>
            </w:r>
          </w:p>
        </w:tc>
        <w:tc>
          <w:tcPr>
            <w:tcW w:type="dxa" w:w="4195"/>
          </w:tcPr>
          <w:p/>
        </w:tc>
        <w:tc>
          <w:tcPr>
            <w:tcW w:type="dxa" w:w="964"/>
          </w:tcPr>
          <w:p/>
        </w:tc>
        <w:tc>
          <w:tcPr>
            <w:tcW w:type="dxa" w:w="964"/>
          </w:tcPr>
          <w:p/>
        </w:tc>
        <w:tc>
          <w:tcPr>
            <w:tcW w:type="dxa" w:w="1474"/>
          </w:tcPr>
          <w:p/>
        </w:tc>
        <w:tc>
          <w:tcPr>
            <w:tcW w:type="dxa" w:w="1587"/>
          </w:tcPr>
          <w:p/>
        </w:tc>
      </w:tr>
      <w:tr>
        <w:tc>
          <w:tcPr>
            <w:tcW w:type="dxa" w:w="567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color w:val="0A2540"/>
                <w:sz w:val="16"/>
              </w:rPr>
              <w:t>3</w:t>
            </w:r>
          </w:p>
        </w:tc>
        <w:tc>
          <w:tcPr>
            <w:tcW w:type="dxa" w:w="4195"/>
          </w:tcPr>
          <w:p/>
        </w:tc>
        <w:tc>
          <w:tcPr>
            <w:tcW w:type="dxa" w:w="964"/>
          </w:tcPr>
          <w:p/>
        </w:tc>
        <w:tc>
          <w:tcPr>
            <w:tcW w:type="dxa" w:w="964"/>
          </w:tcPr>
          <w:p/>
        </w:tc>
        <w:tc>
          <w:tcPr>
            <w:tcW w:type="dxa" w:w="1474"/>
          </w:tcPr>
          <w:p/>
        </w:tc>
        <w:tc>
          <w:tcPr>
            <w:tcW w:type="dxa" w:w="1587"/>
          </w:tcPr>
          <w:p/>
        </w:tc>
      </w:tr>
      <w:tr>
        <w:tc>
          <w:tcPr>
            <w:tcW w:type="dxa" w:w="567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color w:val="0A2540"/>
                <w:sz w:val="16"/>
              </w:rPr>
              <w:t>4</w:t>
            </w:r>
          </w:p>
        </w:tc>
        <w:tc>
          <w:tcPr>
            <w:tcW w:type="dxa" w:w="4195"/>
          </w:tcPr>
          <w:p/>
        </w:tc>
        <w:tc>
          <w:tcPr>
            <w:tcW w:type="dxa" w:w="964"/>
          </w:tcPr>
          <w:p/>
        </w:tc>
        <w:tc>
          <w:tcPr>
            <w:tcW w:type="dxa" w:w="964"/>
          </w:tcPr>
          <w:p/>
        </w:tc>
        <w:tc>
          <w:tcPr>
            <w:tcW w:type="dxa" w:w="1474"/>
          </w:tcPr>
          <w:p/>
        </w:tc>
        <w:tc>
          <w:tcPr>
            <w:tcW w:type="dxa" w:w="1587"/>
          </w:tcPr>
          <w:p/>
        </w:tc>
      </w:tr>
      <w:tr>
        <w:tc>
          <w:tcPr>
            <w:tcW w:type="dxa" w:w="567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color w:val="0A2540"/>
                <w:sz w:val="16"/>
              </w:rPr>
              <w:t>5</w:t>
            </w:r>
          </w:p>
        </w:tc>
        <w:tc>
          <w:tcPr>
            <w:tcW w:type="dxa" w:w="4195"/>
          </w:tcPr>
          <w:p/>
        </w:tc>
        <w:tc>
          <w:tcPr>
            <w:tcW w:type="dxa" w:w="964"/>
          </w:tcPr>
          <w:p/>
        </w:tc>
        <w:tc>
          <w:tcPr>
            <w:tcW w:type="dxa" w:w="964"/>
          </w:tcPr>
          <w:p/>
        </w:tc>
        <w:tc>
          <w:tcPr>
            <w:tcW w:type="dxa" w:w="1474"/>
          </w:tcPr>
          <w:p/>
        </w:tc>
        <w:tc>
          <w:tcPr>
            <w:tcW w:type="dxa" w:w="1587"/>
          </w:tcPr>
          <w:p/>
        </w:tc>
      </w:tr>
      <w:tr>
        <w:tc>
          <w:tcPr>
            <w:tcW w:type="dxa" w:w="567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color w:val="0A2540"/>
                <w:sz w:val="16"/>
              </w:rPr>
              <w:t>6</w:t>
            </w:r>
          </w:p>
        </w:tc>
        <w:tc>
          <w:tcPr>
            <w:tcW w:type="dxa" w:w="4195"/>
          </w:tcPr>
          <w:p/>
        </w:tc>
        <w:tc>
          <w:tcPr>
            <w:tcW w:type="dxa" w:w="964"/>
          </w:tcPr>
          <w:p/>
        </w:tc>
        <w:tc>
          <w:tcPr>
            <w:tcW w:type="dxa" w:w="964"/>
          </w:tcPr>
          <w:p/>
        </w:tc>
        <w:tc>
          <w:tcPr>
            <w:tcW w:type="dxa" w:w="1474"/>
          </w:tcPr>
          <w:p/>
        </w:tc>
        <w:tc>
          <w:tcPr>
            <w:tcW w:type="dxa" w:w="1587"/>
          </w:tcPr>
          <w:p/>
        </w:tc>
      </w:tr>
      <w:tr>
        <w:tc>
          <w:tcPr>
            <w:tcW w:type="dxa" w:w="567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color w:val="0A2540"/>
                <w:sz w:val="16"/>
              </w:rPr>
              <w:t>7</w:t>
            </w:r>
          </w:p>
        </w:tc>
        <w:tc>
          <w:tcPr>
            <w:tcW w:type="dxa" w:w="4195"/>
          </w:tcPr>
          <w:p/>
        </w:tc>
        <w:tc>
          <w:tcPr>
            <w:tcW w:type="dxa" w:w="964"/>
          </w:tcPr>
          <w:p/>
        </w:tc>
        <w:tc>
          <w:tcPr>
            <w:tcW w:type="dxa" w:w="964"/>
          </w:tcPr>
          <w:p/>
        </w:tc>
        <w:tc>
          <w:tcPr>
            <w:tcW w:type="dxa" w:w="1474"/>
          </w:tcPr>
          <w:p/>
        </w:tc>
        <w:tc>
          <w:tcPr>
            <w:tcW w:type="dxa" w:w="1587"/>
          </w:tcPr>
          <w:p/>
        </w:tc>
      </w:tr>
      <w:tr>
        <w:tc>
          <w:tcPr>
            <w:tcW w:type="dxa" w:w="567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color w:val="0A2540"/>
                <w:sz w:val="16"/>
              </w:rPr>
              <w:t>8</w:t>
            </w:r>
          </w:p>
        </w:tc>
        <w:tc>
          <w:tcPr>
            <w:tcW w:type="dxa" w:w="4195"/>
          </w:tcPr>
          <w:p/>
        </w:tc>
        <w:tc>
          <w:tcPr>
            <w:tcW w:type="dxa" w:w="964"/>
          </w:tcPr>
          <w:p/>
        </w:tc>
        <w:tc>
          <w:tcPr>
            <w:tcW w:type="dxa" w:w="964"/>
          </w:tcPr>
          <w:p/>
        </w:tc>
        <w:tc>
          <w:tcPr>
            <w:tcW w:type="dxa" w:w="1474"/>
          </w:tcPr>
          <w:p/>
        </w:tc>
        <w:tc>
          <w:tcPr>
            <w:tcW w:type="dxa" w:w="1587"/>
          </w:tcPr>
          <w:p/>
        </w:tc>
      </w:tr>
      <w:tr>
        <w:tc>
          <w:tcPr>
            <w:tcW w:type="dxa" w:w="567"/>
          </w:tcPr>
          <w:p/>
        </w:tc>
        <w:tc>
          <w:tcPr>
            <w:tcW w:type="dxa" w:w="4195"/>
          </w:tcPr>
          <w:p/>
        </w:tc>
        <w:tc>
          <w:tcPr>
            <w:tcW w:type="dxa" w:w="964"/>
          </w:tcPr>
          <w:p/>
        </w:tc>
        <w:tc>
          <w:tcPr>
            <w:tcW w:type="dxa" w:w="964"/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color w:val="0A2540"/>
                <w:sz w:val="16"/>
              </w:rPr>
              <w:t>Nilai total pesanan</w:t>
            </w:r>
          </w:p>
        </w:tc>
        <w:tc>
          <w:tcPr>
            <w:tcW w:type="dxa" w:w="1474"/>
          </w:tcPr>
          <w:p/>
        </w:tc>
        <w:tc>
          <w:tcPr>
            <w:tcW w:type="dxa" w:w="1587"/>
          </w:tcPr>
          <w:p/>
        </w:tc>
      </w:tr>
      <w:tr>
        <w:tc>
          <w:tcPr>
            <w:tcW w:type="dxa" w:w="567"/>
          </w:tcPr>
          <w:p/>
        </w:tc>
        <w:tc>
          <w:tcPr>
            <w:tcW w:type="dxa" w:w="4195"/>
          </w:tcPr>
          <w:p/>
        </w:tc>
        <w:tc>
          <w:tcPr>
            <w:tcW w:type="dxa" w:w="964"/>
          </w:tcPr>
          <w:p/>
        </w:tc>
        <w:tc>
          <w:tcPr>
            <w:tcW w:type="dxa" w:w="964"/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color w:val="0A2540"/>
                <w:sz w:val="16"/>
              </w:rPr>
              <w:t>Sudah dibayar (DP)</w:t>
            </w:r>
          </w:p>
        </w:tc>
        <w:tc>
          <w:tcPr>
            <w:tcW w:type="dxa" w:w="1474"/>
          </w:tcPr>
          <w:p/>
        </w:tc>
        <w:tc>
          <w:tcPr>
            <w:tcW w:type="dxa" w:w="1587"/>
          </w:tcPr>
          <w:p/>
        </w:tc>
      </w:tr>
      <w:tr>
        <w:tc>
          <w:tcPr>
            <w:tcW w:type="dxa" w:w="567"/>
          </w:tcPr>
          <w:p/>
        </w:tc>
        <w:tc>
          <w:tcPr>
            <w:tcW w:type="dxa" w:w="4195"/>
          </w:tcPr>
          <w:p/>
        </w:tc>
        <w:tc>
          <w:tcPr>
            <w:tcW w:type="dxa" w:w="964"/>
          </w:tcPr>
          <w:p/>
        </w:tc>
        <w:tc>
          <w:tcPr>
            <w:tcW w:type="dxa" w:w="964"/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color w:val="0A2540"/>
                <w:sz w:val="16"/>
              </w:rPr>
              <w:t>Sudah dibayar (termin lain)</w:t>
            </w:r>
          </w:p>
        </w:tc>
        <w:tc>
          <w:tcPr>
            <w:tcW w:type="dxa" w:w="1474"/>
          </w:tcPr>
          <w:p/>
        </w:tc>
        <w:tc>
          <w:tcPr>
            <w:tcW w:type="dxa" w:w="1587"/>
          </w:tcPr>
          <w:p/>
        </w:tc>
      </w:tr>
      <w:tr>
        <w:tc>
          <w:tcPr>
            <w:tcW w:type="dxa" w:w="567"/>
          </w:tcPr>
          <w:p/>
        </w:tc>
        <w:tc>
          <w:tcPr>
            <w:tcW w:type="dxa" w:w="4195"/>
          </w:tcPr>
          <w:p/>
        </w:tc>
        <w:tc>
          <w:tcPr>
            <w:tcW w:type="dxa" w:w="964"/>
          </w:tcPr>
          <w:p/>
        </w:tc>
        <w:tc>
          <w:tcPr>
            <w:tcW w:type="dxa" w:w="964"/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color w:val="0A2540"/>
                <w:sz w:val="16"/>
              </w:rPr>
              <w:t>SISA DITAGIH (invoice ini)</w:t>
            </w:r>
          </w:p>
        </w:tc>
        <w:tc>
          <w:tcPr>
            <w:tcW w:type="dxa" w:w="1474"/>
          </w:tcPr>
          <w:p/>
        </w:tc>
        <w:tc>
          <w:tcPr>
            <w:tcW w:type="dxa" w:w="1587"/>
          </w:tcPr>
          <w:p/>
        </w:tc>
      </w:tr>
    </w:tbl>
    <w:p>
      <w:pPr>
        <w:spacing w:after="80"/>
      </w:pPr>
      <w:r>
        <w:rPr>
          <w:rFonts w:ascii="Arial" w:hAnsi="Arial"/>
          <w:b w:val="0"/>
          <w:i w:val="0"/>
          <w:color w:val="0A2540"/>
          <w:sz w:val="20"/>
        </w:rPr>
      </w:r>
    </w:p>
    <w:tbl>
      <w:tblPr>
        <w:tblStyle w:val="TableGrid"/>
        <w:tblW w:type="auto" w:w="0"/>
        <w:tblLook w:firstColumn="1" w:firstRow="1" w:lastColumn="0" w:lastRow="0" w:noHBand="0" w:noVBand="1" w:val="04A0"/>
        <w:tblLayout w:type="fixed"/>
      </w:tblPr>
      <w:tblGrid>
        <w:gridCol w:w="2835"/>
        <w:gridCol w:w="6804"/>
      </w:tblGrid>
      <w:tr>
        <w:tc>
          <w:tcPr>
            <w:tcW w:type="dxa" w:w="2835"/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color w:val="0A2540"/>
                <w:sz w:val="18"/>
              </w:rPr>
              <w:t>Pembayaran ke</w:t>
            </w:r>
          </w:p>
        </w:tc>
        <w:tc>
          <w:tcPr>
            <w:tcW w:type="dxa" w:w="6803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color w:val="5B6675"/>
                <w:sz w:val="18"/>
              </w:rPr>
              <w:t>[nama bank, no. rekening, atas nama]</w:t>
            </w:r>
          </w:p>
        </w:tc>
      </w:tr>
      <w:tr>
        <w:tc>
          <w:tcPr>
            <w:tcW w:type="dxa" w:w="2835"/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color w:val="0A2540"/>
                <w:sz w:val="18"/>
              </w:rPr>
              <w:t>Status</w:t>
            </w:r>
          </w:p>
        </w:tc>
        <w:tc>
          <w:tcPr>
            <w:tcW w:type="dxa" w:w="6803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color w:val="5B6675"/>
                <w:sz w:val="18"/>
              </w:rPr>
              <w:t>Setelah invoice ini dibayar: LUNAS</w:t>
            </w:r>
          </w:p>
        </w:tc>
      </w:tr>
    </w:tbl>
    <w:p>
      <w:pPr>
        <w:spacing w:after="200"/>
      </w:pPr>
      <w:r>
        <w:rPr>
          <w:rFonts w:ascii="Arial" w:hAnsi="Arial"/>
          <w:b w:val="0"/>
          <w:i w:val="0"/>
          <w:color w:val="B45309"/>
          <w:sz w:val="16"/>
        </w:rPr>
        <w:t>Nomor DP dan pelunasan sebaiknya nyambung: nomor dasar yang sama + akhiran (-DP, -T2, -L), atau tulis nomor invoice DP di kolom Ref. invoice DP.</w:t>
      </w:r>
    </w:p>
    <w:p>
      <w:pPr>
        <w:spacing w:after="520"/>
      </w:pPr>
      <w:r>
        <w:rPr>
          <w:rFonts w:ascii="Arial" w:hAnsi="Arial"/>
          <w:b w:val="0"/>
          <w:i w:val="0"/>
          <w:color w:val="0A2540"/>
          <w:sz w:val="18"/>
        </w:rPr>
        <w:t>Hormat kami,</w:t>
      </w:r>
    </w:p>
    <w:p>
      <w:pPr>
        <w:spacing w:after="160"/>
      </w:pPr>
      <w:r>
        <w:rPr>
          <w:rFonts w:ascii="Arial" w:hAnsi="Arial"/>
          <w:b w:val="0"/>
          <w:i w:val="0"/>
          <w:color w:val="0A2540"/>
          <w:sz w:val="18"/>
        </w:rPr>
        <w:t>(______________________)</w:t>
      </w:r>
    </w:p>
    <w:p>
      <w:pPr>
        <w:spacing w:after="120"/>
      </w:pPr>
      <w:r>
        <w:rPr>
          <w:rFonts w:ascii="Arial" w:hAnsi="Arial"/>
          <w:b/>
          <w:i w:val="0"/>
          <w:color w:val="0A2540"/>
          <w:sz w:val="16"/>
        </w:rPr>
        <w:t>Invoice pelunasan menagih sisa setelah DP. Setelah dibayar, tulis LUNAS dan berikan kwitansi pelunasan.</w:t>
      </w:r>
    </w:p>
    <w:p>
      <w:pPr>
        <w:spacing w:after="0"/>
        <w:jc w:val="center"/>
      </w:pPr>
      <w:r>
        <w:rPr>
          <w:rFonts w:ascii="Arial" w:hAnsi="Arial"/>
          <w:b w:val="0"/>
          <w:i w:val="0"/>
          <w:color w:val="5B6675"/>
          <w:sz w:val="16"/>
        </w:rPr>
        <w:t>Template gratis dari Niagawan — niagawan.com</w:t>
      </w:r>
    </w:p>
    <w:sectPr w:rsidR="00FC693F" w:rsidRPr="0006063C" w:rsidSect="00034616">
      <w:pgSz w:w="12240" w:h="15840"/>
      <w:pgMar w:top="794" w:right="1020" w:bottom="79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