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PURCHASE ORDER</w:t>
      </w:r>
    </w:p>
    <w:p>
      <w:pPr>
        <w:spacing w:after="240"/>
      </w:pPr>
      <w:r>
        <w:rPr>
          <w:b w:val="0"/>
          <w:color w:val="5B6675"/>
          <w:sz w:val="18"/>
        </w:rPr>
        <w:t>Pesanan Belian  ·  Malaysia  ·  RM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FROM (your business)</w:t>
              <w:br/>
              <w:t>[Business name]</w:t>
              <w:br/>
              <w:t>[Address]</w:t>
              <w:br/>
              <w:t>[Phone / WhatsApp]</w:t>
              <w:br/>
              <w:t>[Business registration no.]</w:t>
            </w:r>
          </w:p>
        </w:tc>
        <w:tc>
          <w:tcPr>
            <w:tcW w:type="dxa" w:w="5112"/>
          </w:tcPr>
          <w:p>
            <w:r>
              <w:rPr>
                <w:b/>
              </w:rPr>
              <w:t>TO (supplier)</w:t>
              <w:br/>
              <w:t>[Supplier name]</w:t>
              <w:br/>
              <w:t>[Address]</w:t>
              <w:br/>
              <w:t>[Phone / WhatsApp]</w:t>
              <w:br/>
              <w:t>[Contact person]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PO number</w:t>
            </w:r>
          </w:p>
        </w:tc>
        <w:tc>
          <w:tcPr>
            <w:tcW w:type="dxa" w:w="5112"/>
          </w:tcPr>
          <w:p>
            <w:r>
              <w:t>PO-2026-0001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PO date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Deliver to</w:t>
            </w:r>
          </w:p>
        </w:tc>
        <w:tc>
          <w:tcPr>
            <w:tcW w:type="dxa" w:w="5112"/>
          </w:tcPr>
          <w:p>
            <w:r>
              <w:t>[If different from your address]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Required by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Payment terms</w:t>
            </w:r>
          </w:p>
        </w:tc>
        <w:tc>
          <w:tcPr>
            <w:tcW w:type="dxa" w:w="5112"/>
          </w:tcPr>
          <w:p>
            <w:r>
              <w:t>[e.g. 30 days from invoice date]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Qty</w:t>
            </w:r>
          </w:p>
        </w:tc>
        <w:tc>
          <w:tcPr>
            <w:tcW w:type="dxa" w:w="2045"/>
          </w:tcPr>
          <w:p>
            <w:r>
              <w:rPr>
                <w:b/>
              </w:rPr>
              <w:t>Unit</w:t>
            </w:r>
          </w:p>
        </w:tc>
        <w:tc>
          <w:tcPr>
            <w:tcW w:type="dxa" w:w="2045"/>
          </w:tcPr>
          <w:p>
            <w:r>
              <w:rPr>
                <w:b/>
              </w:rPr>
              <w:t>Unit price (RM)</w:t>
            </w:r>
          </w:p>
        </w:tc>
        <w:tc>
          <w:tcPr>
            <w:tcW w:type="dxa" w:w="2045"/>
          </w:tcPr>
          <w:p>
            <w:r>
              <w:rPr>
                <w:b/>
              </w:rPr>
              <w:t>Amount (RM)</w:t>
            </w:r>
          </w:p>
        </w:tc>
      </w:tr>
      <w:tr>
        <w:tc>
          <w:tcPr>
            <w:tcW w:type="dxa" w:w="2045"/>
          </w:tcPr>
          <w:p>
            <w:r>
              <w:t>e.g. Beras Super Tempatan 10kg</w:t>
            </w:r>
          </w:p>
        </w:tc>
        <w:tc>
          <w:tcPr>
            <w:tcW w:type="dxa" w:w="2045"/>
          </w:tcPr>
          <w:p>
            <w:r>
              <w:t>40</w:t>
            </w:r>
          </w:p>
        </w:tc>
        <w:tc>
          <w:tcPr>
            <w:tcW w:type="dxa" w:w="2045"/>
          </w:tcPr>
          <w:p>
            <w:r>
              <w:t>bag</w:t>
            </w:r>
          </w:p>
        </w:tc>
        <w:tc>
          <w:tcPr>
            <w:tcW w:type="dxa" w:w="2045"/>
          </w:tcPr>
          <w:p>
            <w:r>
              <w:t>28.50</w:t>
            </w:r>
          </w:p>
        </w:tc>
        <w:tc>
          <w:tcPr>
            <w:tcW w:type="dxa" w:w="2045"/>
          </w:tcPr>
          <w:p>
            <w:r>
              <w:t>1,140.00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 w:val="0"/>
              </w:rPr>
              <w:t>Delivery charge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 w:val="0"/>
              </w:rPr>
              <w:t>SST (if applicable)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045"/>
          </w:tcPr>
          <w:p/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40"/>
      </w:pPr>
      <w:r>
        <w:rPr>
          <w:b/>
          <w:color w:val="0A2540"/>
          <w:sz w:val="22"/>
        </w:rPr>
        <w:t>Notes / special instructions</w:t>
      </w:r>
    </w:p>
    <w:p>
      <w:pPr>
        <w:spacing w:after="280"/>
      </w:pPr>
      <w:r>
        <w:rPr>
          <w:b w:val="0"/>
          <w:color w:val="5B6675"/>
          <w:sz w:val="22"/>
        </w:rPr>
        <w:t>[e.g. confirm stock availability before delivery]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Authorised by (buyer)</w:t>
            </w:r>
          </w:p>
        </w:tc>
        <w:tc>
          <w:tcPr>
            <w:tcW w:type="dxa" w:w="5112"/>
          </w:tcPr>
          <w:p>
            <w:r>
              <w:rPr>
                <w:b/>
              </w:rPr>
              <w:t>Accepted by (supplier)</w:t>
            </w:r>
          </w:p>
        </w:tc>
      </w:tr>
      <w:tr>
        <w:tc>
          <w:tcPr>
            <w:tcW w:type="dxa" w:w="5112"/>
          </w:tcPr>
          <w:p>
            <w:r>
              <w:br/>
              <w:t>(______________________)</w:t>
            </w:r>
          </w:p>
        </w:tc>
        <w:tc>
          <w:tcPr>
            <w:tcW w:type="dxa" w:w="5112"/>
          </w:tcPr>
          <w:p>
            <w:r>
              <w:br/>
              <w:t>(______________________)</w:t>
            </w:r>
          </w:p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200"/>
      </w:pPr>
      <w:r>
        <w:rPr>
          <w:b w:val="0"/>
          <w:color w:val="B45309"/>
          <w:sz w:val="18"/>
        </w:rPr>
        <w:t>Give every purchase order its own number and never reuse one. The PO number is what ties the delivery order and the supplier's invoice back to what you actually agreed.</w:t>
      </w:r>
    </w:p>
    <w:p>
      <w:pPr>
        <w:spacing w:after="120"/>
        <w:jc w:val="center"/>
      </w:pPr>
      <w:r>
        <w:rPr>
          <w:b w:val="0"/>
          <w:color w:val="5B6675"/>
          <w:sz w:val="16"/>
        </w:rPr>
        <w:t>Free template from Niagawan — niagawan.com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